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33172" w14:textId="77777777" w:rsidR="0034566E" w:rsidRDefault="0034566E">
      <w:pPr>
        <w:spacing w:after="140"/>
      </w:pPr>
    </w:p>
    <w:p w14:paraId="6B4DD446" w14:textId="77777777" w:rsidR="003C1B8D" w:rsidRDefault="00224617" w:rsidP="0073651D">
      <w:pPr>
        <w:pStyle w:val="Titre"/>
        <w:jc w:val="center"/>
        <w:rPr>
          <w:lang w:val="fr-CA"/>
        </w:rPr>
      </w:pPr>
      <w:r w:rsidRPr="00D17793">
        <w:rPr>
          <w:lang w:val="fr-CA"/>
        </w:rPr>
        <w:t>Commis au prêt-à-manger et à la boulangerie</w:t>
      </w:r>
    </w:p>
    <w:p w14:paraId="6230B3D2" w14:textId="77777777" w:rsidR="0073651D" w:rsidRPr="0011040A" w:rsidRDefault="0073651D" w:rsidP="0073651D">
      <w:pPr>
        <w:jc w:val="center"/>
        <w:rPr>
          <w:sz w:val="22"/>
          <w:lang w:val="fr-CA"/>
        </w:rPr>
      </w:pPr>
    </w:p>
    <w:p w14:paraId="749398EF" w14:textId="77777777" w:rsidR="00B53A99" w:rsidRPr="0011040A" w:rsidRDefault="009E57A5" w:rsidP="006C63B1">
      <w:pPr>
        <w:jc w:val="both"/>
        <w:rPr>
          <w:sz w:val="22"/>
          <w:lang w:val="fr-CA"/>
        </w:rPr>
      </w:pPr>
      <w:r w:rsidRPr="0011040A">
        <w:rPr>
          <w:sz w:val="22"/>
          <w:lang w:val="fr-CA"/>
        </w:rPr>
        <w:t>Vous aimez</w:t>
      </w:r>
      <w:r w:rsidR="00B379A0" w:rsidRPr="0011040A">
        <w:rPr>
          <w:sz w:val="22"/>
          <w:lang w:val="fr-CA"/>
        </w:rPr>
        <w:t xml:space="preserve"> la préparation alimentaire, </w:t>
      </w:r>
      <w:r w:rsidRPr="0011040A">
        <w:rPr>
          <w:sz w:val="22"/>
          <w:lang w:val="fr-CA"/>
        </w:rPr>
        <w:t xml:space="preserve">conseiller les clients et les aider à trouver de quoi se régaler? </w:t>
      </w:r>
    </w:p>
    <w:p w14:paraId="6CA1E1EC" w14:textId="5E80F141" w:rsidR="003340A2" w:rsidRPr="0011040A" w:rsidRDefault="003340A2" w:rsidP="006C63B1">
      <w:pPr>
        <w:pStyle w:val="Titre1"/>
        <w:jc w:val="both"/>
        <w:rPr>
          <w:rFonts w:ascii="Calibri" w:eastAsiaTheme="minorEastAsia" w:hAnsi="Calibri" w:cstheme="minorBidi"/>
          <w:b w:val="0"/>
          <w:bCs w:val="0"/>
          <w:color w:val="auto"/>
          <w:sz w:val="22"/>
          <w:szCs w:val="22"/>
          <w:lang w:val="fr-CA"/>
        </w:rPr>
      </w:pPr>
      <w:r w:rsidRPr="0011040A">
        <w:rPr>
          <w:rFonts w:ascii="Calibri" w:eastAsiaTheme="minorEastAsia" w:hAnsi="Calibri" w:cstheme="minorBidi"/>
          <w:b w:val="0"/>
          <w:bCs w:val="0"/>
          <w:color w:val="auto"/>
          <w:sz w:val="22"/>
          <w:szCs w:val="22"/>
          <w:lang w:val="fr-CA"/>
        </w:rPr>
        <w:t xml:space="preserve">Vous êtes </w:t>
      </w:r>
      <w:proofErr w:type="spellStart"/>
      <w:r w:rsidRPr="0011040A">
        <w:rPr>
          <w:rFonts w:ascii="Calibri" w:eastAsiaTheme="minorEastAsia" w:hAnsi="Calibri" w:cstheme="minorBidi"/>
          <w:b w:val="0"/>
          <w:bCs w:val="0"/>
          <w:color w:val="auto"/>
          <w:sz w:val="22"/>
          <w:szCs w:val="22"/>
          <w:lang w:val="fr-CA"/>
        </w:rPr>
        <w:t>retraité·e</w:t>
      </w:r>
      <w:proofErr w:type="spellEnd"/>
      <w:r w:rsidRPr="0011040A">
        <w:rPr>
          <w:rFonts w:ascii="Calibri" w:eastAsiaTheme="minorEastAsia" w:hAnsi="Calibri" w:cstheme="minorBidi"/>
          <w:b w:val="0"/>
          <w:bCs w:val="0"/>
          <w:color w:val="auto"/>
          <w:sz w:val="22"/>
          <w:szCs w:val="22"/>
          <w:lang w:val="fr-CA"/>
        </w:rPr>
        <w:t xml:space="preserve">, </w:t>
      </w:r>
      <w:proofErr w:type="spellStart"/>
      <w:r w:rsidRPr="0011040A">
        <w:rPr>
          <w:rFonts w:ascii="Calibri" w:eastAsiaTheme="minorEastAsia" w:hAnsi="Calibri" w:cstheme="minorBidi"/>
          <w:b w:val="0"/>
          <w:bCs w:val="0"/>
          <w:color w:val="auto"/>
          <w:sz w:val="22"/>
          <w:szCs w:val="22"/>
          <w:lang w:val="fr-CA"/>
        </w:rPr>
        <w:t>semi-retraité·e</w:t>
      </w:r>
      <w:proofErr w:type="spellEnd"/>
      <w:r w:rsidRPr="0011040A">
        <w:rPr>
          <w:rFonts w:ascii="Calibri" w:eastAsiaTheme="minorEastAsia" w:hAnsi="Calibri" w:cstheme="minorBidi"/>
          <w:b w:val="0"/>
          <w:bCs w:val="0"/>
          <w:color w:val="auto"/>
          <w:sz w:val="22"/>
          <w:szCs w:val="22"/>
          <w:lang w:val="fr-CA"/>
        </w:rPr>
        <w:t xml:space="preserve"> ou souhaitez rester </w:t>
      </w:r>
      <w:proofErr w:type="spellStart"/>
      <w:r w:rsidRPr="0011040A">
        <w:rPr>
          <w:rFonts w:ascii="Calibri" w:eastAsiaTheme="minorEastAsia" w:hAnsi="Calibri" w:cstheme="minorBidi"/>
          <w:b w:val="0"/>
          <w:bCs w:val="0"/>
          <w:color w:val="auto"/>
          <w:sz w:val="22"/>
          <w:szCs w:val="22"/>
          <w:lang w:val="fr-CA"/>
        </w:rPr>
        <w:t>actif·ve</w:t>
      </w:r>
      <w:proofErr w:type="spellEnd"/>
      <w:r w:rsidRPr="0011040A">
        <w:rPr>
          <w:rFonts w:ascii="Calibri" w:eastAsiaTheme="minorEastAsia" w:hAnsi="Calibri" w:cstheme="minorBidi"/>
          <w:b w:val="0"/>
          <w:bCs w:val="0"/>
          <w:color w:val="auto"/>
          <w:sz w:val="22"/>
          <w:szCs w:val="22"/>
          <w:lang w:val="fr-CA"/>
        </w:rPr>
        <w:t xml:space="preserve"> tout en gardant le contact avec les gens? Voilà une belle occasion de mettre votre expérience à profit dans un environnement chaleureux et convivial!</w:t>
      </w:r>
    </w:p>
    <w:p w14:paraId="316232B7" w14:textId="13B4295D" w:rsidR="007E0E00" w:rsidRPr="0011040A" w:rsidRDefault="007E0E00" w:rsidP="00B77776">
      <w:pPr>
        <w:pStyle w:val="Titre1"/>
        <w:spacing w:after="0"/>
        <w:jc w:val="both"/>
        <w:rPr>
          <w:rFonts w:ascii="Calibri" w:eastAsiaTheme="minorEastAsia" w:hAnsi="Calibri" w:cstheme="minorBidi"/>
          <w:b w:val="0"/>
          <w:bCs w:val="0"/>
          <w:color w:val="auto"/>
          <w:sz w:val="22"/>
          <w:szCs w:val="22"/>
          <w:lang w:val="fr-CA"/>
        </w:rPr>
      </w:pPr>
      <w:r w:rsidRPr="0011040A">
        <w:rPr>
          <w:rFonts w:ascii="Calibri" w:eastAsiaTheme="minorEastAsia" w:hAnsi="Calibri" w:cstheme="minorBidi"/>
          <w:b w:val="0"/>
          <w:bCs w:val="0"/>
          <w:color w:val="auto"/>
          <w:sz w:val="22"/>
          <w:szCs w:val="22"/>
          <w:lang w:val="fr-CA"/>
        </w:rPr>
        <w:t>Joignez-vous à L’Intermarché St-Vallier, une entreprise familiale où l’entraide, la convivialité et la qualité du service font partie du quotidien. Une équipe accueillante vous attend dans une épicerie de quartier fraîchement rénovée!</w:t>
      </w:r>
    </w:p>
    <w:p w14:paraId="7AC057B9" w14:textId="77777777" w:rsidR="006C63B1" w:rsidRDefault="006C63B1" w:rsidP="00B77776">
      <w:pPr>
        <w:pStyle w:val="Titre1"/>
        <w:spacing w:before="0" w:after="0"/>
        <w:rPr>
          <w:sz w:val="22"/>
          <w:szCs w:val="22"/>
          <w:lang w:val="fr-CA"/>
        </w:rPr>
      </w:pPr>
    </w:p>
    <w:p w14:paraId="190C0DE5" w14:textId="01A38F62" w:rsidR="003C1B8D" w:rsidRPr="0011040A" w:rsidRDefault="00224617" w:rsidP="00B77776">
      <w:pPr>
        <w:pStyle w:val="Titre1"/>
        <w:spacing w:before="80"/>
        <w:rPr>
          <w:sz w:val="22"/>
          <w:szCs w:val="22"/>
          <w:lang w:val="fr-CA"/>
        </w:rPr>
      </w:pPr>
      <w:r w:rsidRPr="0011040A">
        <w:rPr>
          <w:sz w:val="22"/>
          <w:szCs w:val="22"/>
          <w:lang w:val="fr-CA"/>
        </w:rPr>
        <w:t>Vos principales responsabilités</w:t>
      </w:r>
    </w:p>
    <w:p w14:paraId="590978A4" w14:textId="6565880A" w:rsidR="00D368C0" w:rsidRPr="0011040A" w:rsidRDefault="00D368C0" w:rsidP="00D368C0">
      <w:pPr>
        <w:pStyle w:val="Titre1"/>
        <w:numPr>
          <w:ilvl w:val="0"/>
          <w:numId w:val="10"/>
        </w:numPr>
        <w:spacing w:before="0" w:after="0"/>
        <w:rPr>
          <w:rFonts w:ascii="Calibri" w:eastAsiaTheme="minorEastAsia" w:hAnsi="Calibri" w:cstheme="minorBidi"/>
          <w:b w:val="0"/>
          <w:bCs w:val="0"/>
          <w:color w:val="auto"/>
          <w:sz w:val="22"/>
          <w:szCs w:val="22"/>
          <w:lang w:val="fr-CA"/>
        </w:rPr>
      </w:pPr>
      <w:r w:rsidRPr="0011040A">
        <w:rPr>
          <w:rFonts w:ascii="Calibri" w:eastAsiaTheme="minorEastAsia" w:hAnsi="Calibri" w:cstheme="minorBidi"/>
          <w:b w:val="0"/>
          <w:bCs w:val="0"/>
          <w:color w:val="auto"/>
          <w:sz w:val="22"/>
          <w:szCs w:val="22"/>
          <w:lang w:val="fr-CA"/>
        </w:rPr>
        <w:t>Préparer et assembler les produits prêts-à-manger selon les recettes établies</w:t>
      </w:r>
    </w:p>
    <w:p w14:paraId="5B661EBE" w14:textId="0320C453" w:rsidR="00D368C0" w:rsidRPr="0011040A" w:rsidRDefault="00D368C0" w:rsidP="00D368C0">
      <w:pPr>
        <w:pStyle w:val="Titre1"/>
        <w:numPr>
          <w:ilvl w:val="0"/>
          <w:numId w:val="10"/>
        </w:numPr>
        <w:spacing w:before="0" w:after="0"/>
        <w:rPr>
          <w:rFonts w:ascii="Calibri" w:eastAsiaTheme="minorEastAsia" w:hAnsi="Calibri" w:cstheme="minorBidi"/>
          <w:b w:val="0"/>
          <w:bCs w:val="0"/>
          <w:color w:val="auto"/>
          <w:sz w:val="22"/>
          <w:szCs w:val="22"/>
          <w:lang w:val="fr-CA"/>
        </w:rPr>
      </w:pPr>
      <w:r w:rsidRPr="0011040A">
        <w:rPr>
          <w:rFonts w:ascii="Calibri" w:eastAsiaTheme="minorEastAsia" w:hAnsi="Calibri" w:cstheme="minorBidi"/>
          <w:b w:val="0"/>
          <w:bCs w:val="0"/>
          <w:color w:val="auto"/>
          <w:sz w:val="22"/>
          <w:szCs w:val="22"/>
          <w:lang w:val="fr-CA"/>
        </w:rPr>
        <w:t>Effectuer la mise au four des produits de boulangerie</w:t>
      </w:r>
    </w:p>
    <w:p w14:paraId="77B63FD4" w14:textId="1B184BB8" w:rsidR="00D368C0" w:rsidRPr="0011040A" w:rsidRDefault="00D368C0" w:rsidP="00D368C0">
      <w:pPr>
        <w:pStyle w:val="Titre1"/>
        <w:numPr>
          <w:ilvl w:val="0"/>
          <w:numId w:val="10"/>
        </w:numPr>
        <w:spacing w:before="0" w:after="0"/>
        <w:rPr>
          <w:rFonts w:ascii="Calibri" w:eastAsiaTheme="minorEastAsia" w:hAnsi="Calibri" w:cstheme="minorBidi"/>
          <w:b w:val="0"/>
          <w:bCs w:val="0"/>
          <w:color w:val="auto"/>
          <w:sz w:val="22"/>
          <w:szCs w:val="22"/>
          <w:lang w:val="fr-CA"/>
        </w:rPr>
      </w:pPr>
      <w:proofErr w:type="spellStart"/>
      <w:r w:rsidRPr="0011040A">
        <w:rPr>
          <w:rFonts w:ascii="Calibri" w:eastAsiaTheme="minorEastAsia" w:hAnsi="Calibri" w:cstheme="minorBidi"/>
          <w:b w:val="0"/>
          <w:bCs w:val="0"/>
          <w:color w:val="auto"/>
          <w:sz w:val="22"/>
          <w:szCs w:val="22"/>
          <w:lang w:val="fr-CA"/>
        </w:rPr>
        <w:t>Portionner</w:t>
      </w:r>
      <w:proofErr w:type="spellEnd"/>
      <w:r w:rsidRPr="0011040A">
        <w:rPr>
          <w:rFonts w:ascii="Calibri" w:eastAsiaTheme="minorEastAsia" w:hAnsi="Calibri" w:cstheme="minorBidi"/>
          <w:b w:val="0"/>
          <w:bCs w:val="0"/>
          <w:color w:val="auto"/>
          <w:sz w:val="22"/>
          <w:szCs w:val="22"/>
          <w:lang w:val="fr-CA"/>
        </w:rPr>
        <w:t>, emballer et étiqueter les produits</w:t>
      </w:r>
    </w:p>
    <w:p w14:paraId="25BB9BEE" w14:textId="0E1D81BB" w:rsidR="00D368C0" w:rsidRPr="0011040A" w:rsidRDefault="00D368C0" w:rsidP="00D368C0">
      <w:pPr>
        <w:pStyle w:val="Titre1"/>
        <w:numPr>
          <w:ilvl w:val="0"/>
          <w:numId w:val="10"/>
        </w:numPr>
        <w:spacing w:before="0" w:after="0"/>
        <w:rPr>
          <w:rFonts w:ascii="Calibri" w:eastAsiaTheme="minorEastAsia" w:hAnsi="Calibri" w:cstheme="minorBidi"/>
          <w:b w:val="0"/>
          <w:bCs w:val="0"/>
          <w:color w:val="auto"/>
          <w:sz w:val="22"/>
          <w:szCs w:val="22"/>
          <w:lang w:val="fr-CA"/>
        </w:rPr>
      </w:pPr>
      <w:r w:rsidRPr="0011040A">
        <w:rPr>
          <w:rFonts w:ascii="Calibri" w:eastAsiaTheme="minorEastAsia" w:hAnsi="Calibri" w:cstheme="minorBidi"/>
          <w:b w:val="0"/>
          <w:bCs w:val="0"/>
          <w:color w:val="auto"/>
          <w:sz w:val="22"/>
          <w:szCs w:val="22"/>
          <w:lang w:val="fr-CA"/>
        </w:rPr>
        <w:t>Garnir les comptoirs et les présentoirs, vérifier la fraîcheur et assurer la rotation des produits</w:t>
      </w:r>
    </w:p>
    <w:p w14:paraId="2959D34D" w14:textId="1D0689AD" w:rsidR="00D368C0" w:rsidRPr="0011040A" w:rsidRDefault="00D368C0" w:rsidP="00D368C0">
      <w:pPr>
        <w:pStyle w:val="Titre1"/>
        <w:numPr>
          <w:ilvl w:val="0"/>
          <w:numId w:val="10"/>
        </w:numPr>
        <w:spacing w:before="0" w:after="0"/>
        <w:rPr>
          <w:rFonts w:ascii="Calibri" w:eastAsiaTheme="minorEastAsia" w:hAnsi="Calibri" w:cstheme="minorBidi"/>
          <w:b w:val="0"/>
          <w:bCs w:val="0"/>
          <w:color w:val="auto"/>
          <w:sz w:val="22"/>
          <w:szCs w:val="22"/>
          <w:lang w:val="fr-CA"/>
        </w:rPr>
      </w:pPr>
      <w:r w:rsidRPr="0011040A">
        <w:rPr>
          <w:rFonts w:ascii="Calibri" w:eastAsiaTheme="minorEastAsia" w:hAnsi="Calibri" w:cstheme="minorBidi"/>
          <w:b w:val="0"/>
          <w:bCs w:val="0"/>
          <w:color w:val="auto"/>
          <w:sz w:val="22"/>
          <w:szCs w:val="22"/>
          <w:lang w:val="fr-CA"/>
        </w:rPr>
        <w:t>Servir et conseiller la clientèle</w:t>
      </w:r>
    </w:p>
    <w:p w14:paraId="760C02A4" w14:textId="1EDC61CE" w:rsidR="00D368C0" w:rsidRPr="0011040A" w:rsidRDefault="00D368C0" w:rsidP="00D368C0">
      <w:pPr>
        <w:pStyle w:val="Titre1"/>
        <w:numPr>
          <w:ilvl w:val="0"/>
          <w:numId w:val="10"/>
        </w:numPr>
        <w:spacing w:before="0" w:after="0"/>
        <w:rPr>
          <w:rFonts w:ascii="Calibri" w:eastAsiaTheme="minorEastAsia" w:hAnsi="Calibri" w:cstheme="minorBidi"/>
          <w:b w:val="0"/>
          <w:bCs w:val="0"/>
          <w:color w:val="auto"/>
          <w:sz w:val="22"/>
          <w:szCs w:val="22"/>
          <w:lang w:val="fr-CA"/>
        </w:rPr>
      </w:pPr>
      <w:r w:rsidRPr="0011040A">
        <w:rPr>
          <w:rFonts w:ascii="Calibri" w:eastAsiaTheme="minorEastAsia" w:hAnsi="Calibri" w:cstheme="minorBidi"/>
          <w:b w:val="0"/>
          <w:bCs w:val="0"/>
          <w:color w:val="auto"/>
          <w:sz w:val="22"/>
          <w:szCs w:val="22"/>
          <w:lang w:val="fr-CA"/>
        </w:rPr>
        <w:t>Nettoyer et assainir les espaces de travail, les équipements et les outils</w:t>
      </w:r>
    </w:p>
    <w:p w14:paraId="4D5E0BB6" w14:textId="07A0D8E8" w:rsidR="006C63B1" w:rsidRPr="007C34F0" w:rsidRDefault="00D368C0" w:rsidP="007C34F0">
      <w:pPr>
        <w:pStyle w:val="Titre1"/>
        <w:numPr>
          <w:ilvl w:val="0"/>
          <w:numId w:val="10"/>
        </w:numPr>
        <w:spacing w:before="0" w:after="0"/>
        <w:rPr>
          <w:rFonts w:ascii="Calibri" w:eastAsiaTheme="minorEastAsia" w:hAnsi="Calibri" w:cstheme="minorBidi"/>
          <w:b w:val="0"/>
          <w:bCs w:val="0"/>
          <w:color w:val="auto"/>
          <w:sz w:val="22"/>
          <w:szCs w:val="22"/>
          <w:lang w:val="fr-CA"/>
        </w:rPr>
      </w:pPr>
      <w:r w:rsidRPr="0011040A">
        <w:rPr>
          <w:rFonts w:ascii="Calibri" w:eastAsiaTheme="minorEastAsia" w:hAnsi="Calibri" w:cstheme="minorBidi"/>
          <w:b w:val="0"/>
          <w:bCs w:val="0"/>
          <w:color w:val="auto"/>
          <w:sz w:val="22"/>
          <w:szCs w:val="22"/>
          <w:lang w:val="fr-CA"/>
        </w:rPr>
        <w:t>Respecter les normes d’hygiène, de salubrité et de conservation des aliments</w:t>
      </w:r>
    </w:p>
    <w:p w14:paraId="07C71363" w14:textId="77777777" w:rsidR="00B77776" w:rsidRPr="00B77776" w:rsidRDefault="00B77776" w:rsidP="00B77776">
      <w:pPr>
        <w:pStyle w:val="Listepuces"/>
        <w:numPr>
          <w:ilvl w:val="0"/>
          <w:numId w:val="0"/>
        </w:numPr>
        <w:spacing w:after="40"/>
        <w:rPr>
          <w:sz w:val="22"/>
          <w:lang w:val="fr-CA"/>
        </w:rPr>
      </w:pPr>
    </w:p>
    <w:p w14:paraId="1DA875A2" w14:textId="07BEB4C8" w:rsidR="003C1B8D" w:rsidRPr="0011040A" w:rsidRDefault="00224617" w:rsidP="00387B3D">
      <w:pPr>
        <w:pStyle w:val="Titre1"/>
        <w:tabs>
          <w:tab w:val="left" w:pos="7031"/>
        </w:tabs>
        <w:spacing w:before="80"/>
        <w:rPr>
          <w:sz w:val="22"/>
          <w:szCs w:val="22"/>
        </w:rPr>
      </w:pPr>
      <w:r w:rsidRPr="0011040A">
        <w:rPr>
          <w:sz w:val="22"/>
          <w:szCs w:val="22"/>
        </w:rPr>
        <w:t xml:space="preserve">Le </w:t>
      </w:r>
      <w:proofErr w:type="spellStart"/>
      <w:r w:rsidRPr="0011040A">
        <w:rPr>
          <w:sz w:val="22"/>
          <w:szCs w:val="22"/>
        </w:rPr>
        <w:t>profil</w:t>
      </w:r>
      <w:proofErr w:type="spellEnd"/>
      <w:r w:rsidRPr="0011040A">
        <w:rPr>
          <w:sz w:val="22"/>
          <w:szCs w:val="22"/>
        </w:rPr>
        <w:t xml:space="preserve"> recherché</w:t>
      </w:r>
      <w:r w:rsidR="00387B3D">
        <w:rPr>
          <w:sz w:val="22"/>
          <w:szCs w:val="22"/>
        </w:rPr>
        <w:tab/>
      </w:r>
    </w:p>
    <w:p w14:paraId="43963AB2" w14:textId="40ADF12E" w:rsidR="00B379A0" w:rsidRPr="0011040A" w:rsidRDefault="00B379A0" w:rsidP="00B379A0">
      <w:pPr>
        <w:pStyle w:val="Listepuces"/>
        <w:rPr>
          <w:rFonts w:ascii="Times New Roman" w:hAnsi="Times New Roman"/>
          <w:sz w:val="22"/>
          <w:lang w:val="fr-CA"/>
        </w:rPr>
      </w:pPr>
      <w:r w:rsidRPr="0011040A">
        <w:rPr>
          <w:sz w:val="22"/>
          <w:lang w:val="fr-CA"/>
        </w:rPr>
        <w:t>Vous avez le sens de l’organisation et le souci du travail bien fait</w:t>
      </w:r>
    </w:p>
    <w:p w14:paraId="755687A4" w14:textId="6C0A54B0" w:rsidR="00B379A0" w:rsidRPr="0011040A" w:rsidRDefault="00B379A0" w:rsidP="00B379A0">
      <w:pPr>
        <w:pStyle w:val="Listepuces"/>
        <w:rPr>
          <w:sz w:val="22"/>
          <w:lang w:val="fr-CA"/>
        </w:rPr>
      </w:pPr>
      <w:r w:rsidRPr="0011040A">
        <w:rPr>
          <w:sz w:val="22"/>
          <w:lang w:val="fr-CA"/>
        </w:rPr>
        <w:t>Vous faites preuve d’esprit d’équipe et offrez un service attentionné</w:t>
      </w:r>
    </w:p>
    <w:p w14:paraId="139E9BA3" w14:textId="635FE21D" w:rsidR="00B379A0" w:rsidRPr="0011040A" w:rsidRDefault="00B379A0" w:rsidP="00B379A0">
      <w:pPr>
        <w:pStyle w:val="Listepuces"/>
        <w:rPr>
          <w:sz w:val="22"/>
          <w:lang w:val="fr-CA"/>
        </w:rPr>
      </w:pPr>
      <w:r w:rsidRPr="0011040A">
        <w:rPr>
          <w:sz w:val="22"/>
          <w:lang w:val="fr-CA"/>
        </w:rPr>
        <w:t>Vous êtes à l’aise dans un environnement où le rythme est soutenu</w:t>
      </w:r>
    </w:p>
    <w:p w14:paraId="7FBB0991" w14:textId="77777777" w:rsidR="001E2086" w:rsidRPr="0011040A" w:rsidRDefault="001E2086" w:rsidP="001E2086">
      <w:pPr>
        <w:pStyle w:val="Listepuces"/>
        <w:numPr>
          <w:ilvl w:val="0"/>
          <w:numId w:val="0"/>
        </w:numPr>
        <w:spacing w:after="40"/>
        <w:rPr>
          <w:sz w:val="22"/>
          <w:lang w:val="fr-CA"/>
        </w:rPr>
      </w:pPr>
    </w:p>
    <w:p w14:paraId="35F64FC5" w14:textId="7B47775C" w:rsidR="003C1B8D" w:rsidRPr="0011040A" w:rsidRDefault="00224617" w:rsidP="001E2086">
      <w:pPr>
        <w:pStyle w:val="Listepuces"/>
        <w:numPr>
          <w:ilvl w:val="0"/>
          <w:numId w:val="0"/>
        </w:numPr>
        <w:spacing w:after="40"/>
        <w:rPr>
          <w:sz w:val="22"/>
          <w:lang w:val="fr-CA"/>
        </w:rPr>
      </w:pPr>
      <w:r w:rsidRPr="0011040A">
        <w:rPr>
          <w:sz w:val="22"/>
          <w:lang w:val="fr-CA"/>
        </w:rPr>
        <w:t>Toute combinaison de formation et d’expérience pertinente sera considérée.</w:t>
      </w:r>
    </w:p>
    <w:p w14:paraId="455F0751" w14:textId="2A275EA9" w:rsidR="003C1B8D" w:rsidRPr="0011040A" w:rsidRDefault="00224617">
      <w:pPr>
        <w:spacing w:after="40"/>
        <w:rPr>
          <w:sz w:val="22"/>
          <w:lang w:val="fr-CA"/>
        </w:rPr>
      </w:pPr>
      <w:r w:rsidRPr="0011040A">
        <w:rPr>
          <w:b/>
          <w:sz w:val="22"/>
          <w:lang w:val="fr-CA"/>
        </w:rPr>
        <w:t xml:space="preserve">Atouts : </w:t>
      </w:r>
      <w:r w:rsidRPr="0011040A">
        <w:rPr>
          <w:sz w:val="22"/>
          <w:lang w:val="fr-CA"/>
        </w:rPr>
        <w:t xml:space="preserve">formation en </w:t>
      </w:r>
      <w:r w:rsidR="001E2086" w:rsidRPr="0011040A">
        <w:rPr>
          <w:sz w:val="22"/>
          <w:lang w:val="fr-CA"/>
        </w:rPr>
        <w:t xml:space="preserve">cuisine, en </w:t>
      </w:r>
      <w:r w:rsidRPr="0011040A">
        <w:rPr>
          <w:sz w:val="22"/>
          <w:lang w:val="fr-CA"/>
        </w:rPr>
        <w:t>hygiène et salubrité alimentaires reconnue par le MAPAQ</w:t>
      </w:r>
      <w:r w:rsidR="001E2086" w:rsidRPr="0011040A">
        <w:rPr>
          <w:sz w:val="22"/>
          <w:lang w:val="fr-CA"/>
        </w:rPr>
        <w:t xml:space="preserve">, </w:t>
      </w:r>
      <w:r w:rsidRPr="0011040A">
        <w:rPr>
          <w:sz w:val="22"/>
          <w:lang w:val="fr-CA"/>
        </w:rPr>
        <w:t>expérience en cuisine, en boulangerie ou en alimentation.</w:t>
      </w:r>
    </w:p>
    <w:p w14:paraId="44367F92" w14:textId="77777777" w:rsidR="00B122C5" w:rsidRPr="007C34F0" w:rsidRDefault="00B122C5" w:rsidP="00B77776">
      <w:pPr>
        <w:pStyle w:val="Listepuces"/>
        <w:numPr>
          <w:ilvl w:val="0"/>
          <w:numId w:val="0"/>
        </w:numPr>
        <w:spacing w:after="40"/>
        <w:rPr>
          <w:sz w:val="22"/>
          <w:lang w:val="fr-CA"/>
        </w:rPr>
      </w:pPr>
    </w:p>
    <w:p w14:paraId="69A88497" w14:textId="77777777" w:rsidR="003C1B8D" w:rsidRPr="0011040A" w:rsidRDefault="00224617" w:rsidP="00B77776">
      <w:pPr>
        <w:spacing w:before="80" w:after="0"/>
        <w:rPr>
          <w:sz w:val="22"/>
          <w:lang w:val="fr-CA"/>
        </w:rPr>
      </w:pPr>
      <w:r w:rsidRPr="0011040A">
        <w:rPr>
          <w:sz w:val="22"/>
          <w:lang w:val="fr-CA"/>
        </w:rPr>
        <w:t>Nous accueillons les candidatures de personnes de tous horizons et de tous âges. Les personnes retraitées qui souhaitent mettre leur expérience à contribution sont les bienvenues.</w:t>
      </w:r>
    </w:p>
    <w:p w14:paraId="0BA7F311" w14:textId="77777777" w:rsidR="007C34F0" w:rsidRDefault="007C34F0" w:rsidP="00B77776">
      <w:pPr>
        <w:pStyle w:val="Listepuces"/>
        <w:numPr>
          <w:ilvl w:val="0"/>
          <w:numId w:val="0"/>
        </w:numPr>
        <w:spacing w:after="40"/>
        <w:rPr>
          <w:sz w:val="22"/>
          <w:lang w:val="fr-CA"/>
        </w:rPr>
      </w:pPr>
    </w:p>
    <w:p w14:paraId="00F390B7" w14:textId="2689B315" w:rsidR="003C1B8D" w:rsidRPr="0011040A" w:rsidRDefault="00224617" w:rsidP="00B77776">
      <w:pPr>
        <w:pStyle w:val="Titre1"/>
        <w:spacing w:before="80"/>
        <w:rPr>
          <w:sz w:val="22"/>
          <w:szCs w:val="22"/>
          <w:lang w:val="fr-CA"/>
        </w:rPr>
      </w:pPr>
      <w:r w:rsidRPr="0011040A">
        <w:rPr>
          <w:sz w:val="22"/>
          <w:szCs w:val="22"/>
          <w:lang w:val="fr-CA"/>
        </w:rPr>
        <w:t>Ce que nous offrons</w:t>
      </w:r>
    </w:p>
    <w:p w14:paraId="087839AD" w14:textId="77777777" w:rsidR="00F00D68" w:rsidRPr="007C34F0" w:rsidRDefault="00F00D68" w:rsidP="007C34F0">
      <w:pPr>
        <w:pStyle w:val="Paragraphedeliste"/>
        <w:numPr>
          <w:ilvl w:val="0"/>
          <w:numId w:val="12"/>
        </w:numPr>
        <w:spacing w:after="40"/>
        <w:ind w:left="426"/>
        <w:rPr>
          <w:sz w:val="22"/>
          <w:lang w:val="fr-CA"/>
        </w:rPr>
      </w:pPr>
      <w:r w:rsidRPr="007C34F0">
        <w:rPr>
          <w:b/>
          <w:sz w:val="22"/>
          <w:lang w:val="fr-CA"/>
        </w:rPr>
        <w:t xml:space="preserve">Salaire : </w:t>
      </w:r>
      <w:r w:rsidRPr="007C34F0">
        <w:rPr>
          <w:sz w:val="22"/>
          <w:lang w:val="fr-CA"/>
        </w:rPr>
        <w:t>selon l’expérience</w:t>
      </w:r>
    </w:p>
    <w:p w14:paraId="07494777" w14:textId="77777777" w:rsidR="00F00D68" w:rsidRPr="007C34F0" w:rsidRDefault="00F00D68" w:rsidP="007C34F0">
      <w:pPr>
        <w:pStyle w:val="Paragraphedeliste"/>
        <w:numPr>
          <w:ilvl w:val="0"/>
          <w:numId w:val="12"/>
        </w:numPr>
        <w:spacing w:after="40"/>
        <w:ind w:left="426"/>
        <w:rPr>
          <w:sz w:val="22"/>
          <w:lang w:val="fr-CA"/>
        </w:rPr>
      </w:pPr>
      <w:r w:rsidRPr="007C34F0">
        <w:rPr>
          <w:b/>
          <w:sz w:val="22"/>
          <w:lang w:val="fr-CA"/>
        </w:rPr>
        <w:t xml:space="preserve">Horaire : </w:t>
      </w:r>
      <w:r w:rsidRPr="007C34F0">
        <w:rPr>
          <w:sz w:val="22"/>
          <w:lang w:val="fr-CA"/>
        </w:rPr>
        <w:t xml:space="preserve">temps plein ou temps partiel </w:t>
      </w:r>
    </w:p>
    <w:p w14:paraId="21475AC0" w14:textId="3AC2A2A7" w:rsidR="00F00D68" w:rsidRPr="007C34F0" w:rsidRDefault="00F00D68" w:rsidP="007C34F0">
      <w:pPr>
        <w:pStyle w:val="Paragraphedeliste"/>
        <w:numPr>
          <w:ilvl w:val="0"/>
          <w:numId w:val="12"/>
        </w:numPr>
        <w:spacing w:after="40"/>
        <w:ind w:left="426"/>
        <w:rPr>
          <w:sz w:val="22"/>
          <w:lang w:val="fr-CA"/>
        </w:rPr>
      </w:pPr>
      <w:r w:rsidRPr="007C34F0">
        <w:rPr>
          <w:b/>
          <w:sz w:val="22"/>
          <w:lang w:val="fr-CA"/>
        </w:rPr>
        <w:t xml:space="preserve">Lieu de travail : </w:t>
      </w:r>
      <w:r w:rsidRPr="007C34F0">
        <w:rPr>
          <w:sz w:val="22"/>
          <w:lang w:val="fr-CA"/>
        </w:rPr>
        <w:t>435, rue Saint-Vallier Ouest, Québec (</w:t>
      </w:r>
      <w:proofErr w:type="gramStart"/>
      <w:r w:rsidRPr="007C34F0">
        <w:rPr>
          <w:sz w:val="22"/>
          <w:lang w:val="fr-CA"/>
        </w:rPr>
        <w:t>Q</w:t>
      </w:r>
      <w:r w:rsidR="00620A29">
        <w:rPr>
          <w:sz w:val="22"/>
          <w:lang w:val="fr-CA"/>
        </w:rPr>
        <w:t>uébec</w:t>
      </w:r>
      <w:r w:rsidRPr="007C34F0">
        <w:rPr>
          <w:sz w:val="22"/>
          <w:lang w:val="fr-CA"/>
        </w:rPr>
        <w:t>)</w:t>
      </w:r>
      <w:r w:rsidR="00620A29">
        <w:rPr>
          <w:sz w:val="22"/>
          <w:lang w:val="fr-CA"/>
        </w:rPr>
        <w:t xml:space="preserve"> </w:t>
      </w:r>
      <w:r w:rsidRPr="007C34F0">
        <w:rPr>
          <w:sz w:val="22"/>
          <w:lang w:val="fr-CA"/>
        </w:rPr>
        <w:t xml:space="preserve"> G</w:t>
      </w:r>
      <w:proofErr w:type="gramEnd"/>
      <w:r w:rsidRPr="007C34F0">
        <w:rPr>
          <w:sz w:val="22"/>
          <w:lang w:val="fr-CA"/>
        </w:rPr>
        <w:t>1K 1K9</w:t>
      </w:r>
    </w:p>
    <w:p w14:paraId="49714C45" w14:textId="77777777" w:rsidR="00F00D68" w:rsidRPr="007C34F0" w:rsidRDefault="00F00D68" w:rsidP="007C34F0">
      <w:pPr>
        <w:pStyle w:val="Paragraphedeliste"/>
        <w:numPr>
          <w:ilvl w:val="0"/>
          <w:numId w:val="12"/>
        </w:numPr>
        <w:spacing w:after="40"/>
        <w:ind w:left="426"/>
        <w:rPr>
          <w:sz w:val="22"/>
          <w:lang w:val="fr-CA"/>
        </w:rPr>
      </w:pPr>
      <w:r w:rsidRPr="007C34F0">
        <w:rPr>
          <w:b/>
          <w:sz w:val="22"/>
          <w:lang w:val="fr-CA"/>
        </w:rPr>
        <w:t xml:space="preserve">Entrée en fonction : </w:t>
      </w:r>
      <w:r w:rsidRPr="007C34F0">
        <w:rPr>
          <w:sz w:val="22"/>
          <w:lang w:val="fr-CA"/>
        </w:rPr>
        <w:t>le plus rapidement possible</w:t>
      </w:r>
    </w:p>
    <w:p w14:paraId="5B2A8796" w14:textId="77777777" w:rsidR="00F00D68" w:rsidRPr="0011040A" w:rsidRDefault="00F00D68" w:rsidP="00132D6E">
      <w:pPr>
        <w:spacing w:after="40"/>
        <w:rPr>
          <w:sz w:val="22"/>
          <w:lang w:val="fr-CA"/>
        </w:rPr>
      </w:pPr>
    </w:p>
    <w:p w14:paraId="6F5DAAFE" w14:textId="77777777" w:rsidR="003C1B8D" w:rsidRPr="0011040A" w:rsidRDefault="00224617">
      <w:pPr>
        <w:pStyle w:val="Titre1"/>
        <w:rPr>
          <w:sz w:val="22"/>
          <w:szCs w:val="22"/>
          <w:lang w:val="fr-CA"/>
        </w:rPr>
      </w:pPr>
      <w:r w:rsidRPr="0011040A">
        <w:rPr>
          <w:sz w:val="22"/>
          <w:szCs w:val="22"/>
          <w:lang w:val="fr-CA"/>
        </w:rPr>
        <w:t>Pour postuler</w:t>
      </w:r>
    </w:p>
    <w:p w14:paraId="099F7565" w14:textId="77777777" w:rsidR="00387B3D" w:rsidRPr="00255EBC" w:rsidRDefault="00387B3D" w:rsidP="00387B3D">
      <w:pPr>
        <w:rPr>
          <w:sz w:val="22"/>
          <w:lang w:val="fr-CA"/>
        </w:rPr>
      </w:pPr>
      <w:r w:rsidRPr="00255EBC">
        <w:rPr>
          <w:sz w:val="22"/>
          <w:lang w:val="fr-CA"/>
        </w:rPr>
        <w:t xml:space="preserve">Faites parvenir votre candidature à </w:t>
      </w:r>
      <w:r w:rsidRPr="00255EBC">
        <w:rPr>
          <w:b/>
          <w:sz w:val="22"/>
          <w:lang w:val="fr-CA"/>
        </w:rPr>
        <w:t>intermarche8175@bellnet.ca</w:t>
      </w:r>
      <w:r w:rsidRPr="00255EBC">
        <w:rPr>
          <w:sz w:val="22"/>
          <w:lang w:val="fr-CA"/>
        </w:rPr>
        <w:t xml:space="preserve">, ou postulez en personne. </w:t>
      </w:r>
      <w:r>
        <w:rPr>
          <w:sz w:val="22"/>
          <w:lang w:val="fr-CA"/>
        </w:rPr>
        <w:t>Nous serons heureux de vous</w:t>
      </w:r>
      <w:r w:rsidRPr="00255EBC">
        <w:rPr>
          <w:sz w:val="22"/>
          <w:lang w:val="fr-CA"/>
        </w:rPr>
        <w:t xml:space="preserve"> rencontrer!</w:t>
      </w:r>
    </w:p>
    <w:p w14:paraId="7775BCA2" w14:textId="70C9D28E" w:rsidR="003C1B8D" w:rsidRPr="00F00D68" w:rsidRDefault="003C1B8D" w:rsidP="00387B3D">
      <w:pPr>
        <w:rPr>
          <w:sz w:val="22"/>
          <w:lang w:val="fr-CA"/>
        </w:rPr>
      </w:pPr>
    </w:p>
    <w:sectPr w:rsidR="003C1B8D" w:rsidRPr="00F00D68" w:rsidSect="006A4B31">
      <w:headerReference w:type="default" r:id="rId11"/>
      <w:pgSz w:w="12240" w:h="15840"/>
      <w:pgMar w:top="567" w:right="1008" w:bottom="284" w:left="1008" w:header="288" w:footer="1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08E91" w14:textId="77777777" w:rsidR="004E6855" w:rsidRDefault="004E6855" w:rsidP="0034566E">
      <w:pPr>
        <w:spacing w:after="0"/>
      </w:pPr>
      <w:r>
        <w:separator/>
      </w:r>
    </w:p>
  </w:endnote>
  <w:endnote w:type="continuationSeparator" w:id="0">
    <w:p w14:paraId="790257E3" w14:textId="77777777" w:rsidR="004E6855" w:rsidRDefault="004E6855" w:rsidP="0034566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8A3C6" w14:textId="77777777" w:rsidR="004E6855" w:rsidRDefault="004E6855" w:rsidP="0034566E">
      <w:pPr>
        <w:spacing w:after="0"/>
      </w:pPr>
      <w:r>
        <w:separator/>
      </w:r>
    </w:p>
  </w:footnote>
  <w:footnote w:type="continuationSeparator" w:id="0">
    <w:p w14:paraId="5351908F" w14:textId="77777777" w:rsidR="004E6855" w:rsidRDefault="004E6855" w:rsidP="0034566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BA09B" w14:textId="6BEB27D3" w:rsidR="0034566E" w:rsidRPr="007723E7" w:rsidRDefault="007723E7" w:rsidP="007723E7">
    <w:pPr>
      <w:pStyle w:val="En-tte"/>
      <w:jc w:val="center"/>
    </w:pPr>
    <w:r>
      <w:rPr>
        <w:noProof/>
      </w:rPr>
      <w:drawing>
        <wp:inline distT="0" distB="0" distL="0" distR="0" wp14:anchorId="16374C1B" wp14:editId="626F5357">
          <wp:extent cx="1441622" cy="1361440"/>
          <wp:effectExtent l="0" t="0" r="6350" b="0"/>
          <wp:docPr id="1174010836" name="Image 11740108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3171" cy="13912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8BD6114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2E25320"/>
    <w:multiLevelType w:val="hybridMultilevel"/>
    <w:tmpl w:val="56B8335A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6035BBB"/>
    <w:multiLevelType w:val="multilevel"/>
    <w:tmpl w:val="AE6AB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0446B0"/>
    <w:multiLevelType w:val="hybridMultilevel"/>
    <w:tmpl w:val="387A03B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9026260">
    <w:abstractNumId w:val="8"/>
  </w:num>
  <w:num w:numId="2" w16cid:durableId="1152209707">
    <w:abstractNumId w:val="6"/>
  </w:num>
  <w:num w:numId="3" w16cid:durableId="1831368698">
    <w:abstractNumId w:val="5"/>
  </w:num>
  <w:num w:numId="4" w16cid:durableId="303704671">
    <w:abstractNumId w:val="4"/>
  </w:num>
  <w:num w:numId="5" w16cid:durableId="1635672446">
    <w:abstractNumId w:val="7"/>
  </w:num>
  <w:num w:numId="6" w16cid:durableId="41098014">
    <w:abstractNumId w:val="3"/>
  </w:num>
  <w:num w:numId="7" w16cid:durableId="153422998">
    <w:abstractNumId w:val="2"/>
  </w:num>
  <w:num w:numId="8" w16cid:durableId="2054688926">
    <w:abstractNumId w:val="1"/>
  </w:num>
  <w:num w:numId="9" w16cid:durableId="1325740986">
    <w:abstractNumId w:val="0"/>
  </w:num>
  <w:num w:numId="10" w16cid:durableId="1607613868">
    <w:abstractNumId w:val="9"/>
  </w:num>
  <w:num w:numId="11" w16cid:durableId="452403019">
    <w:abstractNumId w:val="10"/>
  </w:num>
  <w:num w:numId="12" w16cid:durableId="9569616">
    <w:abstractNumId w:val="11"/>
  </w:num>
  <w:num w:numId="13" w16cid:durableId="515002471">
    <w:abstractNumId w:val="8"/>
  </w:num>
  <w:num w:numId="14" w16cid:durableId="1257439401">
    <w:abstractNumId w:val="8"/>
  </w:num>
  <w:num w:numId="15" w16cid:durableId="5958649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484A"/>
    <w:rsid w:val="000B014B"/>
    <w:rsid w:val="000D3275"/>
    <w:rsid w:val="0011040A"/>
    <w:rsid w:val="00132D6E"/>
    <w:rsid w:val="0015074B"/>
    <w:rsid w:val="001E2086"/>
    <w:rsid w:val="00224617"/>
    <w:rsid w:val="0029639D"/>
    <w:rsid w:val="00326F90"/>
    <w:rsid w:val="003340A2"/>
    <w:rsid w:val="0034566E"/>
    <w:rsid w:val="00387B3D"/>
    <w:rsid w:val="003C1B8D"/>
    <w:rsid w:val="004E6855"/>
    <w:rsid w:val="00556BC9"/>
    <w:rsid w:val="00620A29"/>
    <w:rsid w:val="006A4B31"/>
    <w:rsid w:val="006C63B1"/>
    <w:rsid w:val="006E7EE8"/>
    <w:rsid w:val="0073651D"/>
    <w:rsid w:val="007723E7"/>
    <w:rsid w:val="007C34F0"/>
    <w:rsid w:val="007E0E00"/>
    <w:rsid w:val="00826762"/>
    <w:rsid w:val="00827D59"/>
    <w:rsid w:val="008A4688"/>
    <w:rsid w:val="009E57A5"/>
    <w:rsid w:val="00A73D69"/>
    <w:rsid w:val="00AA1D8D"/>
    <w:rsid w:val="00AD58AF"/>
    <w:rsid w:val="00B122C5"/>
    <w:rsid w:val="00B379A0"/>
    <w:rsid w:val="00B47730"/>
    <w:rsid w:val="00B53A99"/>
    <w:rsid w:val="00B77776"/>
    <w:rsid w:val="00CB0664"/>
    <w:rsid w:val="00CB0A6F"/>
    <w:rsid w:val="00D17793"/>
    <w:rsid w:val="00D368C0"/>
    <w:rsid w:val="00DB6648"/>
    <w:rsid w:val="00DC3994"/>
    <w:rsid w:val="00E96368"/>
    <w:rsid w:val="00F00D68"/>
    <w:rsid w:val="00FC693F"/>
    <w:rsid w:val="00FE1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062061"/>
  <w14:defaultImageDpi w14:val="330"/>
  <w15:docId w15:val="{EC7E2646-05EB-4557-841E-E51CB3028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Calibri" w:hAnsi="Calibri"/>
      <w:sz w:val="21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000000"/>
      <w:sz w:val="23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spacing w:after="60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B379A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CA" w:eastAsia="fr-CA"/>
    </w:rPr>
  </w:style>
  <w:style w:type="character" w:styleId="Marquedecommentaire">
    <w:name w:val="annotation reference"/>
    <w:basedOn w:val="Policepardfaut"/>
    <w:uiPriority w:val="99"/>
    <w:semiHidden/>
    <w:unhideWhenUsed/>
    <w:rsid w:val="000D327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0D3275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0D3275"/>
    <w:rPr>
      <w:rFonts w:ascii="Calibri" w:hAnsi="Calibri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D327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D3275"/>
    <w:rPr>
      <w:rFonts w:ascii="Calibri" w:hAnsi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FB778743FDA047A7EFAEA28B72945C" ma:contentTypeVersion="14" ma:contentTypeDescription="Create a new document." ma:contentTypeScope="" ma:versionID="b1c854bdf617eb31621d71ae11924376">
  <xsd:schema xmlns:xsd="http://www.w3.org/2001/XMLSchema" xmlns:xs="http://www.w3.org/2001/XMLSchema" xmlns:p="http://schemas.microsoft.com/office/2006/metadata/properties" xmlns:ns2="5cfbf569-60e2-4e5e-a11d-eba5012507f0" xmlns:ns3="68e40877-d2c9-4343-bce5-80bdc3d90466" targetNamespace="http://schemas.microsoft.com/office/2006/metadata/properties" ma:root="true" ma:fieldsID="d9f5c3e9a22fe5c820813569b7cbab7f" ns2:_="" ns3:_="">
    <xsd:import namespace="5cfbf569-60e2-4e5e-a11d-eba5012507f0"/>
    <xsd:import namespace="68e40877-d2c9-4343-bce5-80bdc3d904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fbf569-60e2-4e5e-a11d-eba5012507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56e4277-928d-4423-97b6-6f5a0079be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e40877-d2c9-4343-bce5-80bdc3d90466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8cf2fdc-4f4e-44b3-bf7d-3c19ca473706}" ma:internalName="TaxCatchAll" ma:showField="CatchAllData" ma:web="68e40877-d2c9-4343-bce5-80bdc3d904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e40877-d2c9-4343-bce5-80bdc3d90466" xsi:nil="true"/>
    <lcf76f155ced4ddcb4097134ff3c332f xmlns="5cfbf569-60e2-4e5e-a11d-eba5012507f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7368D72-D44D-42DC-BF14-427DF4A1B3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88930-D374-4B0A-9244-482DE95854B9}"/>
</file>

<file path=customXml/itemProps4.xml><?xml version="1.0" encoding="utf-8"?>
<ds:datastoreItem xmlns:ds="http://schemas.openxmlformats.org/officeDocument/2006/customXml" ds:itemID="{58E4509A-430F-42E4-BD4A-BE644FF64ACF}">
  <ds:schemaRefs>
    <ds:schemaRef ds:uri="http://schemas.microsoft.com/office/2006/metadata/properties"/>
    <ds:schemaRef ds:uri="http://schemas.microsoft.com/office/infopath/2007/PartnerControls"/>
    <ds:schemaRef ds:uri="68e40877-d2c9-4343-bce5-80bdc3d90466"/>
    <ds:schemaRef ds:uri="5cfbf569-60e2-4e5e-a11d-eba5012507f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321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Laurène Mirindi</cp:lastModifiedBy>
  <cp:revision>29</cp:revision>
  <dcterms:created xsi:type="dcterms:W3CDTF">2013-12-23T23:15:00Z</dcterms:created>
  <dcterms:modified xsi:type="dcterms:W3CDTF">2026-11-04T19:51:00Z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0x0101006FFB778743FDA047A7EFAEA28B72945C</vt:lpwstr>
  </property>
  <property fmtid="{D5CDD505-2E9C-101B-9397-08002B2CF9AE}" pid="3" name="MediaServiceImageTags">
    <vt:lpwstr/>
  </property>
</Properties>
</file>