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15F69" w14:textId="2CF403DC" w:rsidR="004C5F9E" w:rsidRDefault="004C5F9E">
      <w:pPr>
        <w:spacing w:after="140"/>
      </w:pPr>
    </w:p>
    <w:p w14:paraId="1F06341C" w14:textId="77777777" w:rsidR="004C5F9E" w:rsidRPr="006A3BF0" w:rsidRDefault="00BD3ACD" w:rsidP="006C5821">
      <w:pPr>
        <w:pStyle w:val="Titre"/>
        <w:jc w:val="center"/>
        <w:rPr>
          <w:lang w:val="fr-CA"/>
        </w:rPr>
      </w:pPr>
      <w:r w:rsidRPr="006A3BF0">
        <w:rPr>
          <w:lang w:val="fr-CA"/>
        </w:rPr>
        <w:t>Commis aux fruits et légumes</w:t>
      </w:r>
    </w:p>
    <w:p w14:paraId="7AAE26A2" w14:textId="77777777" w:rsidR="004947AF" w:rsidRDefault="004947AF" w:rsidP="004947AF">
      <w:pPr>
        <w:rPr>
          <w:lang w:val="fr-CA"/>
        </w:rPr>
      </w:pPr>
    </w:p>
    <w:p w14:paraId="4F522C68" w14:textId="4E8E3986" w:rsidR="004947AF" w:rsidRDefault="004947AF" w:rsidP="004947AF">
      <w:pPr>
        <w:jc w:val="both"/>
        <w:rPr>
          <w:sz w:val="22"/>
          <w:lang w:val="fr-CA"/>
        </w:rPr>
      </w:pPr>
      <w:r w:rsidRPr="004947AF">
        <w:rPr>
          <w:sz w:val="22"/>
          <w:lang w:val="fr-CA"/>
        </w:rPr>
        <w:t>Vous aimez mettre les produits frais en valeur, conseiller la clientèle et avez l’œil pour créer de beaux étalages?</w:t>
      </w:r>
    </w:p>
    <w:p w14:paraId="39E503B8" w14:textId="52DF3B51" w:rsidR="00811608" w:rsidRPr="004947AF" w:rsidRDefault="00811608" w:rsidP="00811608">
      <w:pPr>
        <w:jc w:val="both"/>
        <w:rPr>
          <w:sz w:val="22"/>
          <w:lang w:val="fr-CA"/>
        </w:rPr>
      </w:pPr>
      <w:r w:rsidRPr="004947AF">
        <w:rPr>
          <w:b/>
          <w:bCs/>
          <w:sz w:val="22"/>
          <w:lang w:val="fr-CA"/>
        </w:rPr>
        <w:t xml:space="preserve">Vous êtes </w:t>
      </w:r>
      <w:proofErr w:type="spellStart"/>
      <w:r w:rsidRPr="004947AF">
        <w:rPr>
          <w:b/>
          <w:bCs/>
          <w:sz w:val="22"/>
          <w:lang w:val="fr-CA"/>
        </w:rPr>
        <w:t>retraité·e</w:t>
      </w:r>
      <w:proofErr w:type="spellEnd"/>
      <w:r w:rsidRPr="004947AF">
        <w:rPr>
          <w:b/>
          <w:bCs/>
          <w:sz w:val="22"/>
          <w:lang w:val="fr-CA"/>
        </w:rPr>
        <w:t xml:space="preserve">, </w:t>
      </w:r>
      <w:proofErr w:type="spellStart"/>
      <w:r w:rsidRPr="004947AF">
        <w:rPr>
          <w:b/>
          <w:bCs/>
          <w:sz w:val="22"/>
          <w:lang w:val="fr-CA"/>
        </w:rPr>
        <w:t>semi-retraité·e</w:t>
      </w:r>
      <w:proofErr w:type="spellEnd"/>
      <w:r w:rsidRPr="004947AF">
        <w:rPr>
          <w:b/>
          <w:bCs/>
          <w:sz w:val="22"/>
          <w:lang w:val="fr-CA"/>
        </w:rPr>
        <w:t xml:space="preserve"> ou souhaitez rester </w:t>
      </w:r>
      <w:proofErr w:type="spellStart"/>
      <w:r w:rsidRPr="004947AF">
        <w:rPr>
          <w:b/>
          <w:bCs/>
          <w:sz w:val="22"/>
          <w:lang w:val="fr-CA"/>
        </w:rPr>
        <w:t>actif·ve</w:t>
      </w:r>
      <w:proofErr w:type="spellEnd"/>
      <w:r w:rsidRPr="004947AF">
        <w:rPr>
          <w:b/>
          <w:bCs/>
          <w:sz w:val="22"/>
          <w:lang w:val="fr-CA"/>
        </w:rPr>
        <w:t xml:space="preserve"> tout en gardant le contact avec les gens?</w:t>
      </w:r>
      <w:r w:rsidRPr="004947AF">
        <w:rPr>
          <w:sz w:val="22"/>
          <w:lang w:val="fr-CA"/>
        </w:rPr>
        <w:t xml:space="preserve"> Voilà une belle occasion de mettre votre expérience à profit dans un environnement chaleureux et convivial</w:t>
      </w:r>
      <w:r w:rsidR="001874E7">
        <w:rPr>
          <w:sz w:val="22"/>
          <w:lang w:val="fr-CA"/>
        </w:rPr>
        <w:t>!</w:t>
      </w:r>
    </w:p>
    <w:p w14:paraId="1E7E76B6" w14:textId="58F37AA6" w:rsidR="004947AF" w:rsidRPr="004947AF" w:rsidRDefault="004947AF" w:rsidP="004947AF">
      <w:pPr>
        <w:jc w:val="both"/>
        <w:rPr>
          <w:sz w:val="22"/>
          <w:lang w:val="fr-CA"/>
        </w:rPr>
      </w:pPr>
      <w:r w:rsidRPr="004947AF">
        <w:rPr>
          <w:sz w:val="22"/>
          <w:lang w:val="fr-CA"/>
        </w:rPr>
        <w:t xml:space="preserve">Joignez-vous à </w:t>
      </w:r>
      <w:r w:rsidRPr="004947AF">
        <w:rPr>
          <w:b/>
          <w:bCs/>
          <w:sz w:val="22"/>
          <w:lang w:val="fr-CA"/>
        </w:rPr>
        <w:t>L’Intermarché St-Vallier</w:t>
      </w:r>
      <w:r w:rsidRPr="004947AF">
        <w:rPr>
          <w:sz w:val="22"/>
          <w:lang w:val="fr-CA"/>
        </w:rPr>
        <w:t>, une entreprise familiale où l’entraide, la convivialité et la qualité du service font partie du quotidien. Une équipe accueillante vous attend dans une épicerie de quartier fraîchement rénovée!</w:t>
      </w:r>
    </w:p>
    <w:p w14:paraId="4C986915" w14:textId="77777777" w:rsidR="00034B4C" w:rsidRPr="00034B4C" w:rsidRDefault="00034B4C" w:rsidP="00034B4C">
      <w:pPr>
        <w:rPr>
          <w:sz w:val="22"/>
          <w:lang w:val="fr-CA"/>
        </w:rPr>
      </w:pPr>
    </w:p>
    <w:p w14:paraId="2BEE319F" w14:textId="4442AA9F" w:rsidR="004C5F9E" w:rsidRPr="00703334" w:rsidRDefault="00BD3ACD">
      <w:pPr>
        <w:pStyle w:val="Titre1"/>
        <w:rPr>
          <w:sz w:val="24"/>
          <w:szCs w:val="24"/>
          <w:lang w:val="fr-CA"/>
        </w:rPr>
      </w:pPr>
      <w:r w:rsidRPr="00703334">
        <w:rPr>
          <w:sz w:val="24"/>
          <w:szCs w:val="24"/>
          <w:lang w:val="fr-CA"/>
        </w:rPr>
        <w:t>Vos principales responsabilités</w:t>
      </w:r>
    </w:p>
    <w:p w14:paraId="638A14B0" w14:textId="7358E145" w:rsidR="00703334" w:rsidRPr="00703334" w:rsidRDefault="00703334" w:rsidP="00703334">
      <w:pPr>
        <w:pStyle w:val="Listepuces"/>
        <w:spacing w:after="40"/>
        <w:rPr>
          <w:sz w:val="22"/>
          <w:lang w:val="fr-CA"/>
        </w:rPr>
      </w:pPr>
      <w:r w:rsidRPr="00703334">
        <w:rPr>
          <w:sz w:val="22"/>
          <w:lang w:val="fr-CA"/>
        </w:rPr>
        <w:t>Réceptionner les fruits et légumes et les ranger aux endroits appropriés</w:t>
      </w:r>
    </w:p>
    <w:p w14:paraId="4348893E" w14:textId="33C6FA6B" w:rsidR="00703334" w:rsidRPr="00703334" w:rsidRDefault="00703334" w:rsidP="00703334">
      <w:pPr>
        <w:pStyle w:val="Listepuces"/>
        <w:spacing w:after="40"/>
        <w:rPr>
          <w:sz w:val="22"/>
          <w:lang w:val="fr-CA"/>
        </w:rPr>
      </w:pPr>
      <w:r w:rsidRPr="00703334">
        <w:rPr>
          <w:sz w:val="22"/>
          <w:lang w:val="fr-CA"/>
        </w:rPr>
        <w:t>Garnir les étalages et assurer une présentation attrayante des produits</w:t>
      </w:r>
    </w:p>
    <w:p w14:paraId="50C5D92D" w14:textId="7381B981" w:rsidR="00703334" w:rsidRPr="00703334" w:rsidRDefault="00703334" w:rsidP="00703334">
      <w:pPr>
        <w:pStyle w:val="Listepuces"/>
        <w:spacing w:after="40"/>
        <w:rPr>
          <w:sz w:val="22"/>
          <w:lang w:val="fr-CA"/>
        </w:rPr>
      </w:pPr>
      <w:r w:rsidRPr="00703334">
        <w:rPr>
          <w:sz w:val="22"/>
          <w:lang w:val="fr-CA"/>
        </w:rPr>
        <w:t>Vérifier la fraîcheur, effectuer la rotation et retirer les produits abîmés</w:t>
      </w:r>
    </w:p>
    <w:p w14:paraId="51298264" w14:textId="52B67383" w:rsidR="00703334" w:rsidRPr="00703334" w:rsidRDefault="00703334" w:rsidP="00703334">
      <w:pPr>
        <w:pStyle w:val="Listepuces"/>
        <w:spacing w:after="40"/>
        <w:rPr>
          <w:sz w:val="22"/>
          <w:lang w:val="fr-CA"/>
        </w:rPr>
      </w:pPr>
      <w:r w:rsidRPr="00703334">
        <w:rPr>
          <w:sz w:val="22"/>
          <w:lang w:val="fr-CA"/>
        </w:rPr>
        <w:t>Vérifier l'exactitude des prix et de l'étiquetage</w:t>
      </w:r>
    </w:p>
    <w:p w14:paraId="407C1783" w14:textId="3C7A46ED" w:rsidR="00703334" w:rsidRPr="00703334" w:rsidRDefault="00703334" w:rsidP="00703334">
      <w:pPr>
        <w:pStyle w:val="Listepuces"/>
        <w:spacing w:after="40"/>
        <w:rPr>
          <w:sz w:val="22"/>
          <w:lang w:val="fr-CA"/>
        </w:rPr>
      </w:pPr>
      <w:r w:rsidRPr="00703334">
        <w:rPr>
          <w:sz w:val="22"/>
          <w:lang w:val="fr-CA"/>
        </w:rPr>
        <w:t>Conseiller la clientèle et l'aider à trouver les produits recherchés</w:t>
      </w:r>
    </w:p>
    <w:p w14:paraId="739EC69E" w14:textId="39FFBFE0" w:rsidR="00703334" w:rsidRPr="00703334" w:rsidRDefault="00703334" w:rsidP="00703334">
      <w:pPr>
        <w:pStyle w:val="Listepuces"/>
        <w:spacing w:after="40"/>
        <w:rPr>
          <w:sz w:val="22"/>
          <w:lang w:val="fr-CA"/>
        </w:rPr>
      </w:pPr>
      <w:r w:rsidRPr="00703334">
        <w:rPr>
          <w:sz w:val="22"/>
          <w:lang w:val="fr-CA"/>
        </w:rPr>
        <w:t>Maintenir les étalages et les espaces de travail propres et ordonnés</w:t>
      </w:r>
    </w:p>
    <w:p w14:paraId="4FE0E24D" w14:textId="77777777" w:rsidR="00034B4C" w:rsidRPr="00034B4C" w:rsidRDefault="00034B4C" w:rsidP="00034B4C">
      <w:pPr>
        <w:rPr>
          <w:sz w:val="22"/>
          <w:lang w:val="fr-CA"/>
        </w:rPr>
      </w:pPr>
    </w:p>
    <w:p w14:paraId="386F9008" w14:textId="0E0423DF" w:rsidR="004C5F9E" w:rsidRPr="004947AF" w:rsidRDefault="00BD3ACD">
      <w:pPr>
        <w:pStyle w:val="Titre1"/>
        <w:rPr>
          <w:sz w:val="24"/>
          <w:szCs w:val="24"/>
        </w:rPr>
      </w:pPr>
      <w:r w:rsidRPr="004947AF">
        <w:rPr>
          <w:sz w:val="24"/>
          <w:szCs w:val="24"/>
        </w:rPr>
        <w:t xml:space="preserve">Le </w:t>
      </w:r>
      <w:proofErr w:type="spellStart"/>
      <w:r w:rsidRPr="004947AF">
        <w:rPr>
          <w:sz w:val="24"/>
          <w:szCs w:val="24"/>
        </w:rPr>
        <w:t>profil</w:t>
      </w:r>
      <w:proofErr w:type="spellEnd"/>
      <w:r w:rsidRPr="004947AF">
        <w:rPr>
          <w:sz w:val="24"/>
          <w:szCs w:val="24"/>
        </w:rPr>
        <w:t xml:space="preserve"> recherché</w:t>
      </w:r>
    </w:p>
    <w:p w14:paraId="6C34AF67" w14:textId="2370BCAF" w:rsidR="0002357D" w:rsidRPr="0002357D" w:rsidRDefault="0002357D" w:rsidP="0002357D">
      <w:pPr>
        <w:pStyle w:val="Listepuces"/>
        <w:spacing w:after="40"/>
        <w:rPr>
          <w:sz w:val="22"/>
          <w:lang w:val="fr-CA"/>
        </w:rPr>
      </w:pPr>
      <w:r w:rsidRPr="0002357D">
        <w:rPr>
          <w:sz w:val="22"/>
          <w:lang w:val="fr-CA"/>
        </w:rPr>
        <w:t>Vous avez le souci de la fraîcheur, de la propreté et du détail</w:t>
      </w:r>
    </w:p>
    <w:p w14:paraId="3C39EF37" w14:textId="370343EA" w:rsidR="0002357D" w:rsidRPr="0002357D" w:rsidRDefault="0002357D" w:rsidP="0002357D">
      <w:pPr>
        <w:pStyle w:val="Listepuces"/>
        <w:spacing w:after="40"/>
        <w:rPr>
          <w:sz w:val="22"/>
          <w:lang w:val="fr-CA"/>
        </w:rPr>
      </w:pPr>
      <w:r w:rsidRPr="0002357D">
        <w:rPr>
          <w:sz w:val="22"/>
          <w:lang w:val="fr-CA"/>
        </w:rPr>
        <w:t>Vous aimez le travail actif et manuel, qui demande de bouger et de manipuler des caisses de produits</w:t>
      </w:r>
    </w:p>
    <w:p w14:paraId="159AE0EF" w14:textId="135146A5" w:rsidR="0002357D" w:rsidRPr="0002357D" w:rsidRDefault="0002357D" w:rsidP="0002357D">
      <w:pPr>
        <w:pStyle w:val="Listepuces"/>
        <w:spacing w:after="40"/>
        <w:rPr>
          <w:sz w:val="22"/>
          <w:lang w:val="fr-CA"/>
        </w:rPr>
      </w:pPr>
      <w:r w:rsidRPr="0002357D">
        <w:rPr>
          <w:sz w:val="22"/>
          <w:lang w:val="fr-CA"/>
        </w:rPr>
        <w:t>Vous faites preuve d'autonomie, de fiabilité et d'esprit d'équipe</w:t>
      </w:r>
    </w:p>
    <w:p w14:paraId="71B3DD07" w14:textId="300FEB3A" w:rsidR="0002357D" w:rsidRPr="0002357D" w:rsidRDefault="0002357D" w:rsidP="0002357D">
      <w:pPr>
        <w:pStyle w:val="Listepuces"/>
        <w:spacing w:after="40"/>
        <w:rPr>
          <w:sz w:val="22"/>
          <w:lang w:val="fr-CA"/>
        </w:rPr>
      </w:pPr>
      <w:r w:rsidRPr="0002357D">
        <w:rPr>
          <w:sz w:val="22"/>
          <w:lang w:val="fr-CA"/>
        </w:rPr>
        <w:t>Vous aimez le contact avec les gens et offrir un service courtois et attentionné</w:t>
      </w:r>
    </w:p>
    <w:p w14:paraId="5B7F0C05" w14:textId="77777777" w:rsidR="008929A2" w:rsidRPr="004947AF" w:rsidRDefault="008929A2" w:rsidP="00034B4C">
      <w:pPr>
        <w:rPr>
          <w:sz w:val="22"/>
          <w:lang w:val="fr-CA"/>
        </w:rPr>
      </w:pPr>
    </w:p>
    <w:p w14:paraId="7A521C5C" w14:textId="77777777" w:rsidR="00C81B37" w:rsidRDefault="00C81B37">
      <w:pPr>
        <w:pStyle w:val="Titre1"/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</w:pPr>
      <w:r w:rsidRPr="007E1FB5">
        <w:rPr>
          <w:rFonts w:ascii="Calibri" w:eastAsiaTheme="minorEastAsia" w:hAnsi="Calibri" w:cstheme="minorBidi"/>
          <w:color w:val="auto"/>
          <w:sz w:val="22"/>
          <w:szCs w:val="22"/>
          <w:lang w:val="fr-CA"/>
        </w:rPr>
        <w:t>Une expérience en alimentation ou en commerce de détail constitue un atout.</w:t>
      </w:r>
      <w:r w:rsidRPr="00C81B37">
        <w:rPr>
          <w:rFonts w:ascii="Calibri" w:eastAsiaTheme="minorEastAsia" w:hAnsi="Calibri" w:cstheme="minorBidi"/>
          <w:b w:val="0"/>
          <w:bCs w:val="0"/>
          <w:color w:val="auto"/>
          <w:sz w:val="22"/>
          <w:szCs w:val="22"/>
          <w:lang w:val="fr-CA"/>
        </w:rPr>
        <w:t xml:space="preserve"> Toute combinaison de formation et d'expérience pertinente sera considérée.</w:t>
      </w:r>
    </w:p>
    <w:p w14:paraId="34C7E5BF" w14:textId="77777777" w:rsidR="00944BA2" w:rsidRPr="00034B4C" w:rsidRDefault="00944BA2" w:rsidP="00034B4C">
      <w:pPr>
        <w:rPr>
          <w:sz w:val="22"/>
          <w:lang w:val="fr-CA"/>
        </w:rPr>
      </w:pPr>
    </w:p>
    <w:p w14:paraId="59762207" w14:textId="17210DDD" w:rsidR="0077289D" w:rsidRPr="0077289D" w:rsidRDefault="0077289D" w:rsidP="0077289D">
      <w:pPr>
        <w:pStyle w:val="Titre1"/>
        <w:rPr>
          <w:lang w:val="fr-CA"/>
        </w:rPr>
      </w:pPr>
      <w:r w:rsidRPr="00651C3F">
        <w:rPr>
          <w:lang w:val="fr-CA"/>
        </w:rPr>
        <w:t>Ce que nous offrons</w:t>
      </w:r>
    </w:p>
    <w:p w14:paraId="61FB7392" w14:textId="09CFF018" w:rsidR="00944BA2" w:rsidRPr="003447E1" w:rsidRDefault="00944BA2" w:rsidP="003447E1">
      <w:pPr>
        <w:pStyle w:val="Paragraphedeliste"/>
        <w:numPr>
          <w:ilvl w:val="0"/>
          <w:numId w:val="15"/>
        </w:numPr>
        <w:spacing w:after="40"/>
        <w:ind w:left="426"/>
        <w:rPr>
          <w:b/>
          <w:sz w:val="22"/>
          <w:lang w:val="fr-CA"/>
        </w:rPr>
      </w:pPr>
      <w:r w:rsidRPr="003447E1">
        <w:rPr>
          <w:b/>
          <w:sz w:val="22"/>
          <w:lang w:val="fr-CA"/>
        </w:rPr>
        <w:t>Salaire :</w:t>
      </w:r>
      <w:r w:rsidR="007E3E12" w:rsidRPr="003447E1">
        <w:rPr>
          <w:b/>
          <w:sz w:val="22"/>
          <w:lang w:val="fr-CA"/>
        </w:rPr>
        <w:t xml:space="preserve"> </w:t>
      </w:r>
      <w:r w:rsidR="00467C07" w:rsidRPr="003447E1">
        <w:rPr>
          <w:sz w:val="22"/>
          <w:lang w:val="fr-CA"/>
        </w:rPr>
        <w:t>selon l’expérience</w:t>
      </w:r>
    </w:p>
    <w:p w14:paraId="068D931E" w14:textId="51F1B6AF" w:rsidR="00944BA2" w:rsidRPr="003447E1" w:rsidRDefault="00944BA2" w:rsidP="003447E1">
      <w:pPr>
        <w:pStyle w:val="Paragraphedeliste"/>
        <w:numPr>
          <w:ilvl w:val="0"/>
          <w:numId w:val="15"/>
        </w:numPr>
        <w:spacing w:after="40"/>
        <w:ind w:left="426"/>
        <w:rPr>
          <w:sz w:val="22"/>
          <w:lang w:val="fr-CA"/>
        </w:rPr>
      </w:pPr>
      <w:r w:rsidRPr="003447E1">
        <w:rPr>
          <w:b/>
          <w:sz w:val="22"/>
          <w:lang w:val="fr-CA"/>
        </w:rPr>
        <w:t xml:space="preserve">Horaire : </w:t>
      </w:r>
      <w:r w:rsidR="00486A91" w:rsidRPr="003447E1">
        <w:rPr>
          <w:sz w:val="22"/>
          <w:lang w:val="fr-CA"/>
        </w:rPr>
        <w:t>temps plein ou temps partiel</w:t>
      </w:r>
      <w:r w:rsidR="00C97D42" w:rsidRPr="003447E1">
        <w:rPr>
          <w:sz w:val="22"/>
          <w:lang w:val="fr-CA"/>
        </w:rPr>
        <w:t xml:space="preserve"> </w:t>
      </w:r>
    </w:p>
    <w:p w14:paraId="005188AB" w14:textId="10B7B4AD" w:rsidR="00944BA2" w:rsidRPr="003447E1" w:rsidRDefault="00944BA2" w:rsidP="003447E1">
      <w:pPr>
        <w:pStyle w:val="Paragraphedeliste"/>
        <w:numPr>
          <w:ilvl w:val="0"/>
          <w:numId w:val="15"/>
        </w:numPr>
        <w:spacing w:after="40"/>
        <w:ind w:left="426"/>
        <w:rPr>
          <w:sz w:val="22"/>
          <w:lang w:val="fr-CA"/>
        </w:rPr>
      </w:pPr>
      <w:r w:rsidRPr="003447E1">
        <w:rPr>
          <w:b/>
          <w:sz w:val="22"/>
          <w:lang w:val="fr-CA"/>
        </w:rPr>
        <w:t xml:space="preserve">Lieu de travail : </w:t>
      </w:r>
      <w:r w:rsidRPr="003447E1">
        <w:rPr>
          <w:sz w:val="22"/>
          <w:lang w:val="fr-CA"/>
        </w:rPr>
        <w:t>435, rue Saint-Vallier Ouest, Québec (</w:t>
      </w:r>
      <w:proofErr w:type="gramStart"/>
      <w:r w:rsidRPr="003447E1">
        <w:rPr>
          <w:sz w:val="22"/>
          <w:lang w:val="fr-CA"/>
        </w:rPr>
        <w:t>Q</w:t>
      </w:r>
      <w:r w:rsidR="007E3E12" w:rsidRPr="003447E1">
        <w:rPr>
          <w:sz w:val="22"/>
          <w:lang w:val="fr-CA"/>
        </w:rPr>
        <w:t>uébec</w:t>
      </w:r>
      <w:r w:rsidRPr="003447E1">
        <w:rPr>
          <w:sz w:val="22"/>
          <w:lang w:val="fr-CA"/>
        </w:rPr>
        <w:t>)</w:t>
      </w:r>
      <w:r w:rsidR="007E3E12" w:rsidRPr="003447E1">
        <w:rPr>
          <w:sz w:val="22"/>
          <w:lang w:val="fr-CA"/>
        </w:rPr>
        <w:t xml:space="preserve"> </w:t>
      </w:r>
      <w:r w:rsidRPr="003447E1">
        <w:rPr>
          <w:sz w:val="22"/>
          <w:lang w:val="fr-CA"/>
        </w:rPr>
        <w:t xml:space="preserve"> G</w:t>
      </w:r>
      <w:proofErr w:type="gramEnd"/>
      <w:r w:rsidRPr="003447E1">
        <w:rPr>
          <w:sz w:val="22"/>
          <w:lang w:val="fr-CA"/>
        </w:rPr>
        <w:t>1K 1K9</w:t>
      </w:r>
    </w:p>
    <w:p w14:paraId="52F4C663" w14:textId="77777777" w:rsidR="00944BA2" w:rsidRPr="003447E1" w:rsidRDefault="00944BA2" w:rsidP="003447E1">
      <w:pPr>
        <w:pStyle w:val="Paragraphedeliste"/>
        <w:numPr>
          <w:ilvl w:val="0"/>
          <w:numId w:val="15"/>
        </w:numPr>
        <w:spacing w:after="40"/>
        <w:ind w:left="426"/>
        <w:rPr>
          <w:sz w:val="22"/>
          <w:lang w:val="fr-CA"/>
        </w:rPr>
      </w:pPr>
      <w:r w:rsidRPr="003447E1">
        <w:rPr>
          <w:b/>
          <w:sz w:val="22"/>
          <w:lang w:val="fr-CA"/>
        </w:rPr>
        <w:t xml:space="preserve">Entrée en fonction : </w:t>
      </w:r>
      <w:r w:rsidRPr="003447E1">
        <w:rPr>
          <w:sz w:val="22"/>
          <w:lang w:val="fr-CA"/>
        </w:rPr>
        <w:t>le plus rapidement possible</w:t>
      </w:r>
    </w:p>
    <w:p w14:paraId="136B9BA3" w14:textId="77777777" w:rsidR="00944BA2" w:rsidRPr="00944BA2" w:rsidRDefault="00944BA2" w:rsidP="00944BA2">
      <w:pPr>
        <w:rPr>
          <w:sz w:val="22"/>
          <w:lang w:val="fr-CA"/>
        </w:rPr>
      </w:pPr>
    </w:p>
    <w:p w14:paraId="223E6BA6" w14:textId="77777777" w:rsidR="00944BA2" w:rsidRPr="00944BA2" w:rsidRDefault="00944BA2" w:rsidP="00944BA2">
      <w:pPr>
        <w:pStyle w:val="Titre1"/>
        <w:rPr>
          <w:sz w:val="22"/>
          <w:szCs w:val="22"/>
          <w:lang w:val="fr-CA"/>
        </w:rPr>
      </w:pPr>
      <w:r w:rsidRPr="00944BA2">
        <w:rPr>
          <w:sz w:val="22"/>
          <w:szCs w:val="22"/>
          <w:lang w:val="fr-CA"/>
        </w:rPr>
        <w:t>Pour postuler</w:t>
      </w:r>
    </w:p>
    <w:p w14:paraId="75502DDB" w14:textId="77777777" w:rsidR="007F7D08" w:rsidRPr="00255EBC" w:rsidRDefault="007F7D08" w:rsidP="007F7D08">
      <w:pPr>
        <w:rPr>
          <w:sz w:val="22"/>
          <w:lang w:val="fr-CA"/>
        </w:rPr>
      </w:pPr>
      <w:r w:rsidRPr="00255EBC">
        <w:rPr>
          <w:sz w:val="22"/>
          <w:lang w:val="fr-CA"/>
        </w:rPr>
        <w:t xml:space="preserve">Faites parvenir votre candidature à </w:t>
      </w:r>
      <w:r w:rsidRPr="00255EBC">
        <w:rPr>
          <w:b/>
          <w:sz w:val="22"/>
          <w:lang w:val="fr-CA"/>
        </w:rPr>
        <w:t>intermarche8175@bellnet.ca</w:t>
      </w:r>
      <w:r w:rsidRPr="00255EBC">
        <w:rPr>
          <w:sz w:val="22"/>
          <w:lang w:val="fr-CA"/>
        </w:rPr>
        <w:t xml:space="preserve">, ou postulez en personne. </w:t>
      </w:r>
      <w:r>
        <w:rPr>
          <w:sz w:val="22"/>
          <w:lang w:val="fr-CA"/>
        </w:rPr>
        <w:t>Nous serons heureux de vous</w:t>
      </w:r>
      <w:r w:rsidRPr="00255EBC">
        <w:rPr>
          <w:sz w:val="22"/>
          <w:lang w:val="fr-CA"/>
        </w:rPr>
        <w:t xml:space="preserve"> rencontrer!</w:t>
      </w:r>
    </w:p>
    <w:p w14:paraId="0CBD762C" w14:textId="0A929960" w:rsidR="004C5F9E" w:rsidRPr="00972163" w:rsidRDefault="004C5F9E" w:rsidP="003411F6">
      <w:pPr>
        <w:pStyle w:val="Titre1"/>
        <w:rPr>
          <w:sz w:val="22"/>
          <w:szCs w:val="22"/>
          <w:lang w:val="fr-CA"/>
        </w:rPr>
      </w:pPr>
    </w:p>
    <w:sectPr w:rsidR="004C5F9E" w:rsidRPr="00972163" w:rsidSect="00034616">
      <w:headerReference w:type="default" r:id="rId11"/>
      <w:pgSz w:w="12240" w:h="15840"/>
      <w:pgMar w:top="792" w:right="1008" w:bottom="792" w:left="1008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8DD1D" w14:textId="77777777" w:rsidR="000A7B6F" w:rsidRDefault="000A7B6F" w:rsidP="006C5821">
      <w:pPr>
        <w:spacing w:after="0"/>
      </w:pPr>
      <w:r>
        <w:separator/>
      </w:r>
    </w:p>
  </w:endnote>
  <w:endnote w:type="continuationSeparator" w:id="0">
    <w:p w14:paraId="5293387F" w14:textId="77777777" w:rsidR="000A7B6F" w:rsidRDefault="000A7B6F" w:rsidP="006C58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15783" w14:textId="77777777" w:rsidR="000A7B6F" w:rsidRDefault="000A7B6F" w:rsidP="006C5821">
      <w:pPr>
        <w:spacing w:after="0"/>
      </w:pPr>
      <w:r>
        <w:separator/>
      </w:r>
    </w:p>
  </w:footnote>
  <w:footnote w:type="continuationSeparator" w:id="0">
    <w:p w14:paraId="3CAB4A99" w14:textId="77777777" w:rsidR="000A7B6F" w:rsidRDefault="000A7B6F" w:rsidP="006C58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2AC29" w14:textId="351E038D" w:rsidR="006C5821" w:rsidRDefault="006C5821" w:rsidP="006C5821">
    <w:pPr>
      <w:pStyle w:val="En-tte"/>
      <w:jc w:val="center"/>
    </w:pPr>
    <w:r>
      <w:rPr>
        <w:noProof/>
      </w:rPr>
      <w:drawing>
        <wp:inline distT="0" distB="0" distL="0" distR="0" wp14:anchorId="5B7B1356" wp14:editId="1BA19F4A">
          <wp:extent cx="1441622" cy="1361440"/>
          <wp:effectExtent l="0" t="0" r="635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3171" cy="1391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766E31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B97"/>
    <w:multiLevelType w:val="multilevel"/>
    <w:tmpl w:val="85CE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2B223C"/>
    <w:multiLevelType w:val="multilevel"/>
    <w:tmpl w:val="2DEE8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2F2F3D"/>
    <w:multiLevelType w:val="hybridMultilevel"/>
    <w:tmpl w:val="01D6D48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942567"/>
    <w:multiLevelType w:val="multilevel"/>
    <w:tmpl w:val="29F4BA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1982420946">
    <w:abstractNumId w:val="8"/>
  </w:num>
  <w:num w:numId="2" w16cid:durableId="1722971515">
    <w:abstractNumId w:val="6"/>
  </w:num>
  <w:num w:numId="3" w16cid:durableId="2050377429">
    <w:abstractNumId w:val="5"/>
  </w:num>
  <w:num w:numId="4" w16cid:durableId="1961835428">
    <w:abstractNumId w:val="4"/>
  </w:num>
  <w:num w:numId="5" w16cid:durableId="1565405344">
    <w:abstractNumId w:val="7"/>
  </w:num>
  <w:num w:numId="6" w16cid:durableId="1863280266">
    <w:abstractNumId w:val="3"/>
  </w:num>
  <w:num w:numId="7" w16cid:durableId="1488476961">
    <w:abstractNumId w:val="2"/>
  </w:num>
  <w:num w:numId="8" w16cid:durableId="1767774323">
    <w:abstractNumId w:val="1"/>
  </w:num>
  <w:num w:numId="9" w16cid:durableId="1110130827">
    <w:abstractNumId w:val="0"/>
  </w:num>
  <w:num w:numId="10" w16cid:durableId="2092577626">
    <w:abstractNumId w:val="10"/>
  </w:num>
  <w:num w:numId="11" w16cid:durableId="1200320368">
    <w:abstractNumId w:val="8"/>
  </w:num>
  <w:num w:numId="12" w16cid:durableId="872303064">
    <w:abstractNumId w:val="9"/>
  </w:num>
  <w:num w:numId="13" w16cid:durableId="1595163343">
    <w:abstractNumId w:val="8"/>
  </w:num>
  <w:num w:numId="14" w16cid:durableId="872496258">
    <w:abstractNumId w:val="12"/>
  </w:num>
  <w:num w:numId="15" w16cid:durableId="945619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57D"/>
    <w:rsid w:val="00034616"/>
    <w:rsid w:val="00034B4C"/>
    <w:rsid w:val="0006063C"/>
    <w:rsid w:val="000A7B6F"/>
    <w:rsid w:val="001170EB"/>
    <w:rsid w:val="00137BF2"/>
    <w:rsid w:val="0015074B"/>
    <w:rsid w:val="00172990"/>
    <w:rsid w:val="001874E7"/>
    <w:rsid w:val="001F4F63"/>
    <w:rsid w:val="00290F23"/>
    <w:rsid w:val="0029639D"/>
    <w:rsid w:val="002B4B3C"/>
    <w:rsid w:val="002D57B7"/>
    <w:rsid w:val="00326F90"/>
    <w:rsid w:val="003411F6"/>
    <w:rsid w:val="003447E1"/>
    <w:rsid w:val="004579F5"/>
    <w:rsid w:val="00467C07"/>
    <w:rsid w:val="00486A91"/>
    <w:rsid w:val="004947AF"/>
    <w:rsid w:val="004A11FD"/>
    <w:rsid w:val="004C5F9E"/>
    <w:rsid w:val="00566C49"/>
    <w:rsid w:val="006A3BF0"/>
    <w:rsid w:val="006C5821"/>
    <w:rsid w:val="00703334"/>
    <w:rsid w:val="0077289D"/>
    <w:rsid w:val="007E1FB5"/>
    <w:rsid w:val="007E3E12"/>
    <w:rsid w:val="007F7D08"/>
    <w:rsid w:val="00801F6E"/>
    <w:rsid w:val="00811608"/>
    <w:rsid w:val="00826762"/>
    <w:rsid w:val="00857CF5"/>
    <w:rsid w:val="008648C5"/>
    <w:rsid w:val="008929A2"/>
    <w:rsid w:val="00944BA2"/>
    <w:rsid w:val="00972163"/>
    <w:rsid w:val="0097499D"/>
    <w:rsid w:val="009B2F5B"/>
    <w:rsid w:val="00A474C0"/>
    <w:rsid w:val="00AA1D8D"/>
    <w:rsid w:val="00AA6202"/>
    <w:rsid w:val="00B0054D"/>
    <w:rsid w:val="00B15486"/>
    <w:rsid w:val="00B26955"/>
    <w:rsid w:val="00B47730"/>
    <w:rsid w:val="00B5326D"/>
    <w:rsid w:val="00BD3ACD"/>
    <w:rsid w:val="00C507A3"/>
    <w:rsid w:val="00C81B37"/>
    <w:rsid w:val="00C97D42"/>
    <w:rsid w:val="00CB0664"/>
    <w:rsid w:val="00CD1C19"/>
    <w:rsid w:val="00CD4C44"/>
    <w:rsid w:val="00DB6648"/>
    <w:rsid w:val="00F04FA3"/>
    <w:rsid w:val="00F44605"/>
    <w:rsid w:val="00F6489D"/>
    <w:rsid w:val="00FA0FD2"/>
    <w:rsid w:val="00FB3228"/>
    <w:rsid w:val="00FB4FC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30"/>
  <w15:docId w15:val="{19DCA328-4B85-4BE2-9C77-CB44D24D4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000000"/>
      <w:sz w:val="23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spacing w:after="6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70333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CA" w:eastAsia="fr-CA"/>
    </w:rPr>
  </w:style>
  <w:style w:type="character" w:styleId="Marquedecommentaire">
    <w:name w:val="annotation reference"/>
    <w:basedOn w:val="Policepardfaut"/>
    <w:uiPriority w:val="99"/>
    <w:semiHidden/>
    <w:unhideWhenUsed/>
    <w:rsid w:val="00CD4C4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D4C4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D4C44"/>
    <w:rPr>
      <w:rFonts w:ascii="Calibri" w:hAnsi="Calibr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D4C4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D4C44"/>
    <w:rPr>
      <w:rFonts w:ascii="Calibri" w:hAnsi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e40877-d2c9-4343-bce5-80bdc3d90466" xsi:nil="true"/>
    <lcf76f155ced4ddcb4097134ff3c332f xmlns="5cfbf569-60e2-4e5e-a11d-eba5012507f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FB778743FDA047A7EFAEA28B72945C" ma:contentTypeVersion="14" ma:contentTypeDescription="Create a new document." ma:contentTypeScope="" ma:versionID="b1c854bdf617eb31621d71ae11924376">
  <xsd:schema xmlns:xsd="http://www.w3.org/2001/XMLSchema" xmlns:xs="http://www.w3.org/2001/XMLSchema" xmlns:p="http://schemas.microsoft.com/office/2006/metadata/properties" xmlns:ns2="5cfbf569-60e2-4e5e-a11d-eba5012507f0" xmlns:ns3="68e40877-d2c9-4343-bce5-80bdc3d90466" targetNamespace="http://schemas.microsoft.com/office/2006/metadata/properties" ma:root="true" ma:fieldsID="d9f5c3e9a22fe5c820813569b7cbab7f" ns2:_="" ns3:_="">
    <xsd:import namespace="5cfbf569-60e2-4e5e-a11d-eba5012507f0"/>
    <xsd:import namespace="68e40877-d2c9-4343-bce5-80bdc3d904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bf569-60e2-4e5e-a11d-eba5012507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56e4277-928d-4423-97b6-6f5a0079be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e40877-d2c9-4343-bce5-80bdc3d9046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8cf2fdc-4f4e-44b3-bf7d-3c19ca473706}" ma:internalName="TaxCatchAll" ma:showField="CatchAllData" ma:web="68e40877-d2c9-4343-bce5-80bdc3d904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98E6AB-76C7-4647-B180-8E85C152091E}">
  <ds:schemaRefs>
    <ds:schemaRef ds:uri="http://schemas.microsoft.com/office/2006/metadata/properties"/>
    <ds:schemaRef ds:uri="http://schemas.microsoft.com/office/infopath/2007/PartnerControls"/>
    <ds:schemaRef ds:uri="68e40877-d2c9-4343-bce5-80bdc3d90466"/>
    <ds:schemaRef ds:uri="5cfbf569-60e2-4e5e-a11d-eba5012507f0"/>
  </ds:schemaRefs>
</ds:datastoreItem>
</file>

<file path=customXml/itemProps3.xml><?xml version="1.0" encoding="utf-8"?>
<ds:datastoreItem xmlns:ds="http://schemas.openxmlformats.org/officeDocument/2006/customXml" ds:itemID="{B11CBEE8-7087-4B13-B218-BC33B5BA92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bf569-60e2-4e5e-a11d-eba5012507f0"/>
    <ds:schemaRef ds:uri="68e40877-d2c9-4343-bce5-80bdc3d904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6F5580-AB10-4424-8CBE-3F8FA7628A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Laurène Mirindi</cp:lastModifiedBy>
  <cp:revision>3</cp:revision>
  <dcterms:created xsi:type="dcterms:W3CDTF">2026-11-04T19:48:00Z</dcterms:created>
  <dcterms:modified xsi:type="dcterms:W3CDTF">2026-11-04T19:51:00Z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0x0101006FFB778743FDA047A7EFAEA28B72945C</vt:lpwstr>
  </property>
  <property fmtid="{D5CDD505-2E9C-101B-9397-08002B2CF9AE}" pid="3" name="MediaServiceImageTags">
    <vt:lpwstr/>
  </property>
</Properties>
</file>