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B694E" w14:textId="77777777" w:rsidR="000B07A5" w:rsidRPr="00255EBC" w:rsidRDefault="000B07A5" w:rsidP="00864557">
      <w:pPr>
        <w:pStyle w:val="Titre"/>
        <w:jc w:val="center"/>
        <w:rPr>
          <w:sz w:val="22"/>
          <w:szCs w:val="22"/>
          <w:lang w:val="fr-CA"/>
        </w:rPr>
      </w:pPr>
    </w:p>
    <w:p w14:paraId="2BDA946A" w14:textId="1878A559" w:rsidR="00F958DE" w:rsidRPr="00255EBC" w:rsidRDefault="00D42597" w:rsidP="00864557">
      <w:pPr>
        <w:pStyle w:val="Titre"/>
        <w:jc w:val="center"/>
        <w:rPr>
          <w:sz w:val="22"/>
          <w:szCs w:val="22"/>
          <w:lang w:val="fr-CA"/>
        </w:rPr>
      </w:pPr>
      <w:r w:rsidRPr="00255EBC">
        <w:rPr>
          <w:sz w:val="22"/>
          <w:szCs w:val="22"/>
          <w:lang w:val="fr-CA"/>
        </w:rPr>
        <w:t>Caissi</w:t>
      </w:r>
      <w:r>
        <w:rPr>
          <w:sz w:val="22"/>
          <w:szCs w:val="22"/>
          <w:lang w:val="fr-CA"/>
        </w:rPr>
        <w:t>ère ou c</w:t>
      </w:r>
      <w:r w:rsidR="002738A7" w:rsidRPr="00255EBC">
        <w:rPr>
          <w:sz w:val="22"/>
          <w:szCs w:val="22"/>
          <w:lang w:val="fr-CA"/>
        </w:rPr>
        <w:t xml:space="preserve">aissier </w:t>
      </w:r>
    </w:p>
    <w:p w14:paraId="65367329" w14:textId="77777777" w:rsidR="00864557" w:rsidRPr="00255EBC" w:rsidRDefault="00864557">
      <w:pPr>
        <w:spacing w:after="40"/>
        <w:rPr>
          <w:b/>
          <w:sz w:val="22"/>
          <w:lang w:val="fr-CA"/>
        </w:rPr>
      </w:pPr>
    </w:p>
    <w:p w14:paraId="5AAABFCD" w14:textId="38307E74" w:rsidR="005F4BC3" w:rsidRPr="00255EBC" w:rsidRDefault="005F4BC3" w:rsidP="009B0616">
      <w:pPr>
        <w:pStyle w:val="Titre1"/>
        <w:jc w:val="both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Vous aimez le contact avec les gens et offrir un accueil chaleureux? Votre sourire n’a d’égal que votre efficacité?</w:t>
      </w:r>
    </w:p>
    <w:p w14:paraId="26C4C229" w14:textId="5D9E9C26" w:rsidR="00255EBC" w:rsidRPr="00255EBC" w:rsidRDefault="00255EBC" w:rsidP="00255EBC">
      <w:pPr>
        <w:pStyle w:val="Titre1"/>
        <w:jc w:val="both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Vous êtes </w:t>
      </w:r>
      <w:proofErr w:type="spellStart"/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retraité·e</w:t>
      </w:r>
      <w:proofErr w:type="spellEnd"/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, </w:t>
      </w:r>
      <w:proofErr w:type="spellStart"/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semi-retraité·e</w:t>
      </w:r>
      <w:proofErr w:type="spellEnd"/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 ou souhaitez rester </w:t>
      </w:r>
      <w:proofErr w:type="spellStart"/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>actif·ve</w:t>
      </w:r>
      <w:proofErr w:type="spellEnd"/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 tout en gardant le contact avec les gens? Voilà une belle occasion de mettre votre expérience à profit dans un environnement chaleureux et convivial!</w:t>
      </w:r>
    </w:p>
    <w:p w14:paraId="35BC60EB" w14:textId="28D94BBA" w:rsidR="005F4BC3" w:rsidRPr="00255EBC" w:rsidRDefault="005F4BC3" w:rsidP="009B0616">
      <w:pPr>
        <w:pStyle w:val="Titre1"/>
        <w:jc w:val="both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Joignez-vous à </w:t>
      </w:r>
      <w:r w:rsidRPr="00255EBC">
        <w:rPr>
          <w:rFonts w:ascii="Calibri" w:eastAsiaTheme="minorEastAsia" w:hAnsi="Calibri" w:cstheme="minorBidi"/>
          <w:color w:val="auto"/>
          <w:sz w:val="22"/>
          <w:szCs w:val="22"/>
          <w:lang w:val="fr-CA"/>
        </w:rPr>
        <w:t>L’Intermarché St-Vallier,</w:t>
      </w:r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 une entreprise familiale où l’entraide, la convivialité et la qualité du service font partie du quotidien. Une équipe accueillante vous attend dans une épicerie de quartier fraîchement rénovée!</w:t>
      </w:r>
    </w:p>
    <w:p w14:paraId="36D12E18" w14:textId="77777777" w:rsidR="00D14426" w:rsidRDefault="00D14426" w:rsidP="00D14426">
      <w:pPr>
        <w:pStyle w:val="Titre1"/>
        <w:spacing w:before="0" w:after="0"/>
        <w:rPr>
          <w:sz w:val="22"/>
          <w:szCs w:val="22"/>
          <w:lang w:val="fr-CA"/>
        </w:rPr>
      </w:pPr>
    </w:p>
    <w:p w14:paraId="265CF356" w14:textId="4A54EB3C" w:rsidR="00F958DE" w:rsidRPr="00255EBC" w:rsidRDefault="002738A7" w:rsidP="005F4BC3">
      <w:pPr>
        <w:pStyle w:val="Titre1"/>
        <w:rPr>
          <w:sz w:val="22"/>
          <w:szCs w:val="22"/>
          <w:lang w:val="fr-CA"/>
        </w:rPr>
      </w:pPr>
      <w:r w:rsidRPr="00255EBC">
        <w:rPr>
          <w:sz w:val="22"/>
          <w:szCs w:val="22"/>
          <w:lang w:val="fr-CA"/>
        </w:rPr>
        <w:t>Vos principales responsabilités</w:t>
      </w:r>
    </w:p>
    <w:p w14:paraId="56EFEE0D" w14:textId="0CA5BEA5" w:rsidR="00F958DE" w:rsidRPr="00255EBC" w:rsidRDefault="002738A7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Accueillir la clientèle avec courtoisie</w:t>
      </w:r>
      <w:r w:rsidR="00FE06A2" w:rsidRPr="00255EBC">
        <w:rPr>
          <w:sz w:val="22"/>
          <w:lang w:val="fr-CA"/>
        </w:rPr>
        <w:t xml:space="preserve"> et répondre </w:t>
      </w:r>
      <w:r w:rsidR="00D42597">
        <w:rPr>
          <w:sz w:val="22"/>
          <w:lang w:val="fr-CA"/>
        </w:rPr>
        <w:t>aux</w:t>
      </w:r>
      <w:r w:rsidR="00182B8A" w:rsidRPr="00255EBC">
        <w:rPr>
          <w:sz w:val="22"/>
          <w:lang w:val="fr-CA"/>
        </w:rPr>
        <w:t xml:space="preserve"> questions</w:t>
      </w:r>
    </w:p>
    <w:p w14:paraId="4D8C5152" w14:textId="7547E91F" w:rsidR="00F958DE" w:rsidRPr="00255EBC" w:rsidRDefault="002738A7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Enregistrer les achats et traiter les paiements avec exactitude</w:t>
      </w:r>
    </w:p>
    <w:p w14:paraId="1B18A682" w14:textId="62C7302A" w:rsidR="00F958DE" w:rsidRPr="00255EBC" w:rsidRDefault="002738A7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Vérifier les prix et appliquer les promotions selon les procédures du magasin</w:t>
      </w:r>
    </w:p>
    <w:p w14:paraId="1BB89C66" w14:textId="0E8F964D" w:rsidR="00F958DE" w:rsidRPr="00255EBC" w:rsidRDefault="002738A7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Emballer les achats au besoin, en prenant soin des produits</w:t>
      </w:r>
    </w:p>
    <w:p w14:paraId="126451F5" w14:textId="3585AFB0" w:rsidR="00F958DE" w:rsidRPr="00255EBC" w:rsidRDefault="002738A7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Garder le poste de caisse et les espaces à proximité propres et ordonnés</w:t>
      </w:r>
    </w:p>
    <w:p w14:paraId="2DA8D0E3" w14:textId="64B1B0C0" w:rsidR="00F958DE" w:rsidRPr="00255EBC" w:rsidRDefault="002738A7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Respecter les procédures de gestion de la caisse</w:t>
      </w:r>
    </w:p>
    <w:p w14:paraId="1089F99C" w14:textId="77777777" w:rsidR="000E20B9" w:rsidRPr="000E20B9" w:rsidRDefault="000E20B9" w:rsidP="000E20B9">
      <w:pPr>
        <w:pStyle w:val="Titre1"/>
        <w:spacing w:before="0" w:after="0"/>
        <w:rPr>
          <w:sz w:val="22"/>
          <w:szCs w:val="22"/>
          <w:lang w:val="fr-CA"/>
        </w:rPr>
      </w:pPr>
    </w:p>
    <w:p w14:paraId="5D727D0A" w14:textId="42213F66" w:rsidR="00AC7C90" w:rsidRPr="00255EBC" w:rsidRDefault="002738A7" w:rsidP="00AC7C90">
      <w:pPr>
        <w:pStyle w:val="Titre1"/>
        <w:rPr>
          <w:sz w:val="22"/>
          <w:szCs w:val="22"/>
        </w:rPr>
      </w:pPr>
      <w:r w:rsidRPr="00255EBC">
        <w:rPr>
          <w:sz w:val="22"/>
          <w:szCs w:val="22"/>
        </w:rPr>
        <w:t xml:space="preserve">Le </w:t>
      </w:r>
      <w:proofErr w:type="spellStart"/>
      <w:r w:rsidRPr="00255EBC">
        <w:rPr>
          <w:sz w:val="22"/>
          <w:szCs w:val="22"/>
        </w:rPr>
        <w:t>profil</w:t>
      </w:r>
      <w:proofErr w:type="spellEnd"/>
      <w:r w:rsidRPr="00255EBC">
        <w:rPr>
          <w:sz w:val="22"/>
          <w:szCs w:val="22"/>
        </w:rPr>
        <w:t xml:space="preserve"> recherché</w:t>
      </w:r>
    </w:p>
    <w:p w14:paraId="5EF6F728" w14:textId="0FD6B056" w:rsidR="00F958DE" w:rsidRPr="00255EBC" w:rsidRDefault="002738A7" w:rsidP="00502738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Vous aimez échanger avec les gens et offrir un service attentionné</w:t>
      </w:r>
    </w:p>
    <w:p w14:paraId="6E1337D2" w14:textId="3A378D03" w:rsidR="00F37273" w:rsidRPr="00255EBC" w:rsidRDefault="002738A7" w:rsidP="00310E08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Vous êtes à l’aise avec les transactions</w:t>
      </w:r>
      <w:r w:rsidR="00E110AD" w:rsidRPr="00255EBC">
        <w:rPr>
          <w:sz w:val="22"/>
          <w:lang w:val="fr-CA"/>
        </w:rPr>
        <w:t xml:space="preserve">, la manipulation d’argent </w:t>
      </w:r>
      <w:r w:rsidRPr="00255EBC">
        <w:rPr>
          <w:sz w:val="22"/>
          <w:lang w:val="fr-CA"/>
        </w:rPr>
        <w:t>et l’utilisation d’une caisse informatisée</w:t>
      </w:r>
    </w:p>
    <w:p w14:paraId="6E5CC61B" w14:textId="002987A8" w:rsidR="00F958DE" w:rsidRPr="00255EBC" w:rsidRDefault="002738A7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Vous gardez votre calme et votre courtoisie pendant les périodes achalandées</w:t>
      </w:r>
    </w:p>
    <w:p w14:paraId="7828F5A9" w14:textId="5445EA28" w:rsidR="00F958DE" w:rsidRPr="00255EBC" w:rsidRDefault="002738A7">
      <w:pPr>
        <w:pStyle w:val="Listepuces"/>
        <w:spacing w:after="40"/>
        <w:rPr>
          <w:sz w:val="22"/>
          <w:lang w:val="fr-CA"/>
        </w:rPr>
      </w:pPr>
      <w:r w:rsidRPr="00255EBC">
        <w:rPr>
          <w:sz w:val="22"/>
          <w:lang w:val="fr-CA"/>
        </w:rPr>
        <w:t>Vous aimez le travail d’équipe</w:t>
      </w:r>
    </w:p>
    <w:p w14:paraId="2A93A1A3" w14:textId="77777777" w:rsidR="000E20B9" w:rsidRPr="000E20B9" w:rsidRDefault="000E20B9" w:rsidP="000E20B9">
      <w:pPr>
        <w:pStyle w:val="Titre1"/>
        <w:spacing w:before="0" w:after="0"/>
        <w:rPr>
          <w:sz w:val="22"/>
          <w:szCs w:val="22"/>
          <w:lang w:val="fr-CA"/>
        </w:rPr>
      </w:pPr>
    </w:p>
    <w:p w14:paraId="26845F00" w14:textId="2E95A61C" w:rsidR="00A2428B" w:rsidRPr="00255EBC" w:rsidRDefault="00A2428B" w:rsidP="00A2428B">
      <w:pPr>
        <w:pStyle w:val="Titre1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255EBC">
        <w:rPr>
          <w:rFonts w:ascii="Calibri" w:eastAsiaTheme="minorEastAsia" w:hAnsi="Calibri" w:cstheme="minorBidi"/>
          <w:color w:val="auto"/>
          <w:sz w:val="22"/>
          <w:szCs w:val="22"/>
          <w:lang w:val="fr-CA"/>
        </w:rPr>
        <w:t>Une expérience à la caisse, en service à la clientèle ou en commerce de détail constitue un atout.</w:t>
      </w:r>
      <w:r w:rsidRPr="00255EBC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 Toute combinaison de formation et d'expérience pertinente sera considérée.</w:t>
      </w:r>
    </w:p>
    <w:p w14:paraId="0B111B97" w14:textId="77777777" w:rsidR="000E20B9" w:rsidRDefault="000E20B9" w:rsidP="000E20B9">
      <w:pPr>
        <w:pStyle w:val="Titre1"/>
        <w:spacing w:before="0" w:after="0"/>
        <w:rPr>
          <w:sz w:val="22"/>
          <w:szCs w:val="22"/>
          <w:lang w:val="fr-CA"/>
        </w:rPr>
      </w:pPr>
    </w:p>
    <w:p w14:paraId="6D3FEF27" w14:textId="0031A199" w:rsidR="007160BE" w:rsidRPr="00255EBC" w:rsidRDefault="002738A7" w:rsidP="00977939">
      <w:pPr>
        <w:pStyle w:val="Titre1"/>
        <w:rPr>
          <w:sz w:val="22"/>
          <w:szCs w:val="22"/>
          <w:lang w:val="fr-CA"/>
        </w:rPr>
      </w:pPr>
      <w:r w:rsidRPr="00255EBC">
        <w:rPr>
          <w:sz w:val="22"/>
          <w:szCs w:val="22"/>
          <w:lang w:val="fr-CA"/>
        </w:rPr>
        <w:t>Ce que nous offrons</w:t>
      </w:r>
    </w:p>
    <w:p w14:paraId="7D127A6E" w14:textId="778A79A2" w:rsidR="00852659" w:rsidRPr="00E27A1C" w:rsidRDefault="00852659" w:rsidP="00E27A1C">
      <w:pPr>
        <w:pStyle w:val="Paragraphedeliste"/>
        <w:numPr>
          <w:ilvl w:val="0"/>
          <w:numId w:val="11"/>
        </w:numPr>
        <w:spacing w:after="40"/>
        <w:ind w:left="378"/>
        <w:rPr>
          <w:sz w:val="22"/>
          <w:lang w:val="fr-CA"/>
        </w:rPr>
      </w:pPr>
      <w:r w:rsidRPr="000E20B9">
        <w:rPr>
          <w:b/>
          <w:sz w:val="22"/>
          <w:lang w:val="fr-CA"/>
        </w:rPr>
        <w:t xml:space="preserve">Salaire : </w:t>
      </w:r>
      <w:r w:rsidRPr="000E20B9">
        <w:rPr>
          <w:sz w:val="22"/>
          <w:lang w:val="fr-CA"/>
        </w:rPr>
        <w:t>selon</w:t>
      </w:r>
      <w:r w:rsidRPr="00E27A1C">
        <w:rPr>
          <w:sz w:val="22"/>
          <w:lang w:val="fr-CA"/>
        </w:rPr>
        <w:t xml:space="preserve"> l’expérience</w:t>
      </w:r>
    </w:p>
    <w:p w14:paraId="48EFB968" w14:textId="77777777" w:rsidR="00852659" w:rsidRPr="00E27A1C" w:rsidRDefault="00852659" w:rsidP="00E27A1C">
      <w:pPr>
        <w:pStyle w:val="Paragraphedeliste"/>
        <w:numPr>
          <w:ilvl w:val="0"/>
          <w:numId w:val="11"/>
        </w:numPr>
        <w:spacing w:after="40"/>
        <w:ind w:left="378"/>
        <w:rPr>
          <w:sz w:val="22"/>
          <w:lang w:val="fr-CA"/>
        </w:rPr>
      </w:pPr>
      <w:r w:rsidRPr="00E27A1C">
        <w:rPr>
          <w:b/>
          <w:sz w:val="22"/>
          <w:lang w:val="fr-CA"/>
        </w:rPr>
        <w:t xml:space="preserve">Horaire : </w:t>
      </w:r>
      <w:r w:rsidRPr="00E27A1C">
        <w:rPr>
          <w:sz w:val="22"/>
          <w:lang w:val="fr-CA"/>
        </w:rPr>
        <w:t xml:space="preserve">temps plein ou temps partiel </w:t>
      </w:r>
    </w:p>
    <w:p w14:paraId="2FA8B6E7" w14:textId="6FF1A27D" w:rsidR="00852659" w:rsidRPr="00E27A1C" w:rsidRDefault="00852659" w:rsidP="00E27A1C">
      <w:pPr>
        <w:pStyle w:val="Paragraphedeliste"/>
        <w:numPr>
          <w:ilvl w:val="0"/>
          <w:numId w:val="11"/>
        </w:numPr>
        <w:spacing w:after="40"/>
        <w:ind w:left="378"/>
        <w:rPr>
          <w:sz w:val="22"/>
          <w:lang w:val="fr-CA"/>
        </w:rPr>
      </w:pPr>
      <w:r w:rsidRPr="00E27A1C">
        <w:rPr>
          <w:b/>
          <w:sz w:val="22"/>
          <w:lang w:val="fr-CA"/>
        </w:rPr>
        <w:t xml:space="preserve">Lieu de travail : </w:t>
      </w:r>
      <w:r w:rsidRPr="00E27A1C">
        <w:rPr>
          <w:sz w:val="22"/>
          <w:lang w:val="fr-CA"/>
        </w:rPr>
        <w:t>435, rue Saint-Vallier Ouest, Québec (</w:t>
      </w:r>
      <w:proofErr w:type="gramStart"/>
      <w:r w:rsidRPr="00E27A1C">
        <w:rPr>
          <w:sz w:val="22"/>
          <w:lang w:val="fr-CA"/>
        </w:rPr>
        <w:t>Q</w:t>
      </w:r>
      <w:r w:rsidR="00D42597" w:rsidRPr="00E27A1C">
        <w:rPr>
          <w:sz w:val="22"/>
          <w:lang w:val="fr-CA"/>
        </w:rPr>
        <w:t>uébec</w:t>
      </w:r>
      <w:r w:rsidRPr="00E27A1C">
        <w:rPr>
          <w:sz w:val="22"/>
          <w:lang w:val="fr-CA"/>
        </w:rPr>
        <w:t>)</w:t>
      </w:r>
      <w:r w:rsidR="00D42597" w:rsidRPr="00E27A1C">
        <w:rPr>
          <w:sz w:val="22"/>
          <w:lang w:val="fr-CA"/>
        </w:rPr>
        <w:t xml:space="preserve"> </w:t>
      </w:r>
      <w:r w:rsidRPr="00E27A1C">
        <w:rPr>
          <w:sz w:val="22"/>
          <w:lang w:val="fr-CA"/>
        </w:rPr>
        <w:t xml:space="preserve"> G</w:t>
      </w:r>
      <w:proofErr w:type="gramEnd"/>
      <w:r w:rsidRPr="00E27A1C">
        <w:rPr>
          <w:sz w:val="22"/>
          <w:lang w:val="fr-CA"/>
        </w:rPr>
        <w:t>1K 1K9</w:t>
      </w:r>
    </w:p>
    <w:p w14:paraId="767D99E0" w14:textId="77777777" w:rsidR="00852659" w:rsidRPr="00E27A1C" w:rsidRDefault="00852659" w:rsidP="00E27A1C">
      <w:pPr>
        <w:pStyle w:val="Paragraphedeliste"/>
        <w:numPr>
          <w:ilvl w:val="0"/>
          <w:numId w:val="11"/>
        </w:numPr>
        <w:spacing w:after="40"/>
        <w:ind w:left="378"/>
        <w:rPr>
          <w:sz w:val="22"/>
          <w:lang w:val="fr-CA"/>
        </w:rPr>
      </w:pPr>
      <w:r w:rsidRPr="00E27A1C">
        <w:rPr>
          <w:b/>
          <w:sz w:val="22"/>
          <w:lang w:val="fr-CA"/>
        </w:rPr>
        <w:t xml:space="preserve">Entrée en fonction : </w:t>
      </w:r>
      <w:r w:rsidRPr="00E27A1C">
        <w:rPr>
          <w:sz w:val="22"/>
          <w:lang w:val="fr-CA"/>
        </w:rPr>
        <w:t>le plus rapidement possible</w:t>
      </w:r>
    </w:p>
    <w:p w14:paraId="086CD00E" w14:textId="77777777" w:rsidR="007160BE" w:rsidRPr="00255EBC" w:rsidRDefault="007160BE">
      <w:pPr>
        <w:rPr>
          <w:sz w:val="22"/>
          <w:lang w:val="fr-CA"/>
        </w:rPr>
      </w:pPr>
    </w:p>
    <w:p w14:paraId="66D873DA" w14:textId="77777777" w:rsidR="00F958DE" w:rsidRPr="00255EBC" w:rsidRDefault="002738A7">
      <w:pPr>
        <w:pStyle w:val="Titre1"/>
        <w:rPr>
          <w:sz w:val="22"/>
          <w:szCs w:val="22"/>
          <w:lang w:val="fr-CA"/>
        </w:rPr>
      </w:pPr>
      <w:r w:rsidRPr="00255EBC">
        <w:rPr>
          <w:sz w:val="22"/>
          <w:szCs w:val="22"/>
          <w:lang w:val="fr-CA"/>
        </w:rPr>
        <w:t>Pour postuler</w:t>
      </w:r>
    </w:p>
    <w:p w14:paraId="18E1722D" w14:textId="2FF741F6" w:rsidR="00F958DE" w:rsidRPr="00255EBC" w:rsidRDefault="002738A7">
      <w:pPr>
        <w:rPr>
          <w:sz w:val="22"/>
          <w:lang w:val="fr-CA"/>
        </w:rPr>
      </w:pPr>
      <w:r w:rsidRPr="00255EBC">
        <w:rPr>
          <w:sz w:val="22"/>
          <w:lang w:val="fr-CA"/>
        </w:rPr>
        <w:t xml:space="preserve">Faites parvenir votre candidature à </w:t>
      </w:r>
      <w:r w:rsidRPr="00255EBC">
        <w:rPr>
          <w:b/>
          <w:sz w:val="22"/>
          <w:lang w:val="fr-CA"/>
        </w:rPr>
        <w:t>intermarche8175@bellnet.ca</w:t>
      </w:r>
      <w:r w:rsidRPr="00255EBC">
        <w:rPr>
          <w:sz w:val="22"/>
          <w:lang w:val="fr-CA"/>
        </w:rPr>
        <w:t xml:space="preserve">, ou postulez en </w:t>
      </w:r>
      <w:r w:rsidR="00FA2177" w:rsidRPr="00255EBC">
        <w:rPr>
          <w:sz w:val="22"/>
          <w:lang w:val="fr-CA"/>
        </w:rPr>
        <w:t>personne.</w:t>
      </w:r>
      <w:r w:rsidRPr="00255EBC">
        <w:rPr>
          <w:sz w:val="22"/>
          <w:lang w:val="fr-CA"/>
        </w:rPr>
        <w:t xml:space="preserve"> </w:t>
      </w:r>
      <w:r w:rsidR="00981477">
        <w:rPr>
          <w:sz w:val="22"/>
          <w:lang w:val="fr-CA"/>
        </w:rPr>
        <w:t>Nous serons heureux de vous</w:t>
      </w:r>
      <w:r w:rsidRPr="00255EBC">
        <w:rPr>
          <w:sz w:val="22"/>
          <w:lang w:val="fr-CA"/>
        </w:rPr>
        <w:t xml:space="preserve"> rencontrer!</w:t>
      </w:r>
    </w:p>
    <w:sectPr w:rsidR="00F958DE" w:rsidRPr="00255EBC" w:rsidSect="00034616">
      <w:headerReference w:type="default" r:id="rId11"/>
      <w:pgSz w:w="12240" w:h="15840"/>
      <w:pgMar w:top="792" w:right="1008" w:bottom="792" w:left="1008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3F7E9" w14:textId="77777777" w:rsidR="0049609A" w:rsidRDefault="0049609A" w:rsidP="002D7C3F">
      <w:pPr>
        <w:spacing w:after="0"/>
      </w:pPr>
      <w:r>
        <w:separator/>
      </w:r>
    </w:p>
  </w:endnote>
  <w:endnote w:type="continuationSeparator" w:id="0">
    <w:p w14:paraId="35D9A06D" w14:textId="77777777" w:rsidR="0049609A" w:rsidRDefault="0049609A" w:rsidP="002D7C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EE98" w14:textId="77777777" w:rsidR="0049609A" w:rsidRDefault="0049609A" w:rsidP="002D7C3F">
      <w:pPr>
        <w:spacing w:after="0"/>
      </w:pPr>
      <w:r>
        <w:separator/>
      </w:r>
    </w:p>
  </w:footnote>
  <w:footnote w:type="continuationSeparator" w:id="0">
    <w:p w14:paraId="3657CB7A" w14:textId="77777777" w:rsidR="0049609A" w:rsidRDefault="0049609A" w:rsidP="002D7C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C8262" w14:textId="391BE521" w:rsidR="002D7C3F" w:rsidRPr="002D7C3F" w:rsidRDefault="00864557" w:rsidP="009B0616">
    <w:pPr>
      <w:pStyle w:val="NormalWeb"/>
      <w:jc w:val="center"/>
    </w:pPr>
    <w:r>
      <w:rPr>
        <w:noProof/>
      </w:rPr>
      <w:drawing>
        <wp:inline distT="0" distB="0" distL="0" distR="0" wp14:anchorId="388604B5" wp14:editId="26C27FE0">
          <wp:extent cx="1441622" cy="136144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171" cy="1391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A36737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7C644F"/>
    <w:multiLevelType w:val="hybridMultilevel"/>
    <w:tmpl w:val="CD282D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186282">
    <w:abstractNumId w:val="8"/>
  </w:num>
  <w:num w:numId="2" w16cid:durableId="1419866492">
    <w:abstractNumId w:val="6"/>
  </w:num>
  <w:num w:numId="3" w16cid:durableId="1390348715">
    <w:abstractNumId w:val="5"/>
  </w:num>
  <w:num w:numId="4" w16cid:durableId="620957152">
    <w:abstractNumId w:val="4"/>
  </w:num>
  <w:num w:numId="5" w16cid:durableId="1672834909">
    <w:abstractNumId w:val="7"/>
  </w:num>
  <w:num w:numId="6" w16cid:durableId="1638418350">
    <w:abstractNumId w:val="3"/>
  </w:num>
  <w:num w:numId="7" w16cid:durableId="107042978">
    <w:abstractNumId w:val="2"/>
  </w:num>
  <w:num w:numId="8" w16cid:durableId="2057318131">
    <w:abstractNumId w:val="1"/>
  </w:num>
  <w:num w:numId="9" w16cid:durableId="1899049820">
    <w:abstractNumId w:val="0"/>
  </w:num>
  <w:num w:numId="10" w16cid:durableId="948511423">
    <w:abstractNumId w:val="8"/>
  </w:num>
  <w:num w:numId="11" w16cid:durableId="11948530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7A5"/>
    <w:rsid w:val="000E20B9"/>
    <w:rsid w:val="000F0D74"/>
    <w:rsid w:val="0015074B"/>
    <w:rsid w:val="0016494A"/>
    <w:rsid w:val="00182B8A"/>
    <w:rsid w:val="001D60CC"/>
    <w:rsid w:val="00252EA1"/>
    <w:rsid w:val="00255EBC"/>
    <w:rsid w:val="002738A7"/>
    <w:rsid w:val="00290F23"/>
    <w:rsid w:val="0029639D"/>
    <w:rsid w:val="002C3066"/>
    <w:rsid w:val="002D7C3F"/>
    <w:rsid w:val="002E4FB7"/>
    <w:rsid w:val="00310E08"/>
    <w:rsid w:val="00326F90"/>
    <w:rsid w:val="00447307"/>
    <w:rsid w:val="004775FA"/>
    <w:rsid w:val="0049609A"/>
    <w:rsid w:val="004C702B"/>
    <w:rsid w:val="00502738"/>
    <w:rsid w:val="0053185C"/>
    <w:rsid w:val="005338FA"/>
    <w:rsid w:val="005F4BC3"/>
    <w:rsid w:val="0060295F"/>
    <w:rsid w:val="0061786C"/>
    <w:rsid w:val="00651C3F"/>
    <w:rsid w:val="006835DB"/>
    <w:rsid w:val="006855AE"/>
    <w:rsid w:val="00703D4E"/>
    <w:rsid w:val="007160BE"/>
    <w:rsid w:val="007336DD"/>
    <w:rsid w:val="00757211"/>
    <w:rsid w:val="00826762"/>
    <w:rsid w:val="00852659"/>
    <w:rsid w:val="00864557"/>
    <w:rsid w:val="008A4EEE"/>
    <w:rsid w:val="008F41B3"/>
    <w:rsid w:val="009702E0"/>
    <w:rsid w:val="00977939"/>
    <w:rsid w:val="00981477"/>
    <w:rsid w:val="009B0616"/>
    <w:rsid w:val="00A2428B"/>
    <w:rsid w:val="00A56599"/>
    <w:rsid w:val="00AA1D8D"/>
    <w:rsid w:val="00AC7C90"/>
    <w:rsid w:val="00AF2CB0"/>
    <w:rsid w:val="00B12BB5"/>
    <w:rsid w:val="00B31E54"/>
    <w:rsid w:val="00B47730"/>
    <w:rsid w:val="00B83698"/>
    <w:rsid w:val="00C07F89"/>
    <w:rsid w:val="00C6029D"/>
    <w:rsid w:val="00CB0664"/>
    <w:rsid w:val="00D0724E"/>
    <w:rsid w:val="00D14426"/>
    <w:rsid w:val="00D42597"/>
    <w:rsid w:val="00D56B51"/>
    <w:rsid w:val="00D640AD"/>
    <w:rsid w:val="00D77869"/>
    <w:rsid w:val="00DB6648"/>
    <w:rsid w:val="00E110AD"/>
    <w:rsid w:val="00E12983"/>
    <w:rsid w:val="00E27A1C"/>
    <w:rsid w:val="00E61D7D"/>
    <w:rsid w:val="00F14256"/>
    <w:rsid w:val="00F31C54"/>
    <w:rsid w:val="00F37273"/>
    <w:rsid w:val="00F67C2C"/>
    <w:rsid w:val="00F958DE"/>
    <w:rsid w:val="00FA2177"/>
    <w:rsid w:val="00FB3228"/>
    <w:rsid w:val="00FC693F"/>
    <w:rsid w:val="00FE06A2"/>
    <w:rsid w:val="00FF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30"/>
  <w15:docId w15:val="{8D72C21F-ED73-4625-9F37-2C64D9F3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3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6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8645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styleId="Marquedecommentaire">
    <w:name w:val="annotation reference"/>
    <w:basedOn w:val="Policepardfaut"/>
    <w:uiPriority w:val="99"/>
    <w:semiHidden/>
    <w:unhideWhenUsed/>
    <w:rsid w:val="00D4259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4259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42597"/>
    <w:rPr>
      <w:rFonts w:ascii="Calibri" w:hAnsi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259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2597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877-d2c9-4343-bce5-80bdc3d90466" xsi:nil="true"/>
    <lcf76f155ced4ddcb4097134ff3c332f xmlns="5cfbf569-60e2-4e5e-a11d-eba5012507f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B778743FDA047A7EFAEA28B72945C" ma:contentTypeVersion="14" ma:contentTypeDescription="Create a new document." ma:contentTypeScope="" ma:versionID="b1c854bdf617eb31621d71ae11924376">
  <xsd:schema xmlns:xsd="http://www.w3.org/2001/XMLSchema" xmlns:xs="http://www.w3.org/2001/XMLSchema" xmlns:p="http://schemas.microsoft.com/office/2006/metadata/properties" xmlns:ns2="5cfbf569-60e2-4e5e-a11d-eba5012507f0" xmlns:ns3="68e40877-d2c9-4343-bce5-80bdc3d90466" targetNamespace="http://schemas.microsoft.com/office/2006/metadata/properties" ma:root="true" ma:fieldsID="d9f5c3e9a22fe5c820813569b7cbab7f" ns2:_="" ns3:_="">
    <xsd:import namespace="5cfbf569-60e2-4e5e-a11d-eba5012507f0"/>
    <xsd:import namespace="68e40877-d2c9-4343-bce5-80bdc3d90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bf569-60e2-4e5e-a11d-eba5012507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56e4277-928d-4423-97b6-6f5a0079b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877-d2c9-4343-bce5-80bdc3d9046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8cf2fdc-4f4e-44b3-bf7d-3c19ca473706}" ma:internalName="TaxCatchAll" ma:showField="CatchAllData" ma:web="68e40877-d2c9-4343-bce5-80bdc3d90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95D98F-CEB7-4709-98FD-3687F1115E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BE06F4-1632-4FA6-B6D7-412E3C2511D7}">
  <ds:schemaRefs>
    <ds:schemaRef ds:uri="http://schemas.microsoft.com/office/2006/metadata/properties"/>
    <ds:schemaRef ds:uri="http://schemas.microsoft.com/office/infopath/2007/PartnerControls"/>
    <ds:schemaRef ds:uri="68e40877-d2c9-4343-bce5-80bdc3d90466"/>
    <ds:schemaRef ds:uri="5cfbf569-60e2-4e5e-a11d-eba5012507f0"/>
  </ds:schemaRefs>
</ds:datastoreItem>
</file>

<file path=customXml/itemProps4.xml><?xml version="1.0" encoding="utf-8"?>
<ds:datastoreItem xmlns:ds="http://schemas.openxmlformats.org/officeDocument/2006/customXml" ds:itemID="{756DBE40-B509-4D89-99B0-B945DB124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bf569-60e2-4e5e-a11d-eba5012507f0"/>
    <ds:schemaRef ds:uri="68e40877-d2c9-4343-bce5-80bdc3d904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Laurène Mirindi</cp:lastModifiedBy>
  <cp:revision>51</cp:revision>
  <dcterms:created xsi:type="dcterms:W3CDTF">2013-12-23T23:15:00Z</dcterms:created>
  <dcterms:modified xsi:type="dcterms:W3CDTF">2026-11-04T19:52:00Z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0x0101006FFB778743FDA047A7EFAEA28B72945C</vt:lpwstr>
  </property>
  <property fmtid="{D5CDD505-2E9C-101B-9397-08002B2CF9AE}" pid="3" name="MediaServiceImageTags">
    <vt:lpwstr/>
  </property>
</Properties>
</file>